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D9D1" w14:textId="3E53B8D4" w:rsidR="00945422" w:rsidRPr="00027654" w:rsidRDefault="00FC6D4F" w:rsidP="00906FD7">
      <w:pPr>
        <w:pStyle w:val="Title"/>
        <w:spacing w:after="0"/>
        <w:jc w:val="center"/>
        <w:rPr>
          <w:sz w:val="40"/>
          <w:szCs w:val="40"/>
        </w:rPr>
      </w:pPr>
      <w:r>
        <w:rPr>
          <w:sz w:val="40"/>
          <w:szCs w:val="40"/>
        </w:rPr>
        <w:t>REGISTERED NURSE</w:t>
      </w:r>
    </w:p>
    <w:p w14:paraId="712706C1" w14:textId="7143885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FC6D4F" w:rsidRDefault="000B6C85" w:rsidP="000B6C85">
      <w:pPr>
        <w:spacing w:after="0" w:line="240" w:lineRule="auto"/>
        <w:jc w:val="center"/>
        <w:rPr>
          <w:b/>
          <w:bCs/>
          <w:color w:val="0070C0"/>
          <w:sz w:val="20"/>
          <w:szCs w:val="20"/>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4CAC56EF" w:rsidR="007A6A81" w:rsidRPr="00A5437F" w:rsidRDefault="007A6A81" w:rsidP="00A52D62">
      <w:pPr>
        <w:spacing w:after="0" w:line="240" w:lineRule="auto"/>
      </w:pPr>
      <w:r w:rsidRPr="00A5437F">
        <w:t>Must meet all requirements listed in this section to be eligible for the program.</w:t>
      </w:r>
    </w:p>
    <w:p w14:paraId="2AA0F35A" w14:textId="5051FDDB" w:rsidR="009822FD" w:rsidRPr="00A5437F" w:rsidRDefault="00A52D62" w:rsidP="001C6802">
      <w:pPr>
        <w:pStyle w:val="ListParagraph"/>
        <w:numPr>
          <w:ilvl w:val="0"/>
          <w:numId w:val="12"/>
        </w:numPr>
        <w:spacing w:after="0" w:line="240" w:lineRule="auto"/>
      </w:pPr>
      <w:bookmarkStart w:id="0" w:name="_Hlk198711934"/>
      <w:r w:rsidRPr="00A5437F">
        <w:rPr>
          <w:b/>
          <w:bCs/>
        </w:rPr>
        <w:t xml:space="preserve">High </w:t>
      </w:r>
      <w:r w:rsidR="0079135A" w:rsidRPr="00A5437F">
        <w:rPr>
          <w:b/>
          <w:bCs/>
        </w:rPr>
        <w:t xml:space="preserve">school </w:t>
      </w:r>
      <w:r w:rsidRPr="00A5437F">
        <w:rPr>
          <w:b/>
          <w:bCs/>
        </w:rPr>
        <w:t xml:space="preserve">senior </w:t>
      </w:r>
      <w:r w:rsidR="0079135A" w:rsidRPr="00A5437F">
        <w:rPr>
          <w:b/>
          <w:bCs/>
        </w:rPr>
        <w:t xml:space="preserve">or high school graduate </w:t>
      </w:r>
      <w:r w:rsidRPr="00A5437F">
        <w:rPr>
          <w:b/>
          <w:bCs/>
        </w:rPr>
        <w:t>with a high school GPA 2.7 or higher</w:t>
      </w:r>
      <w:bookmarkEnd w:id="0"/>
      <w:r w:rsidRPr="00A5437F">
        <w:t xml:space="preserve"> </w:t>
      </w:r>
      <w:r w:rsidR="0079135A" w:rsidRPr="00A5437F">
        <w:rPr>
          <w:b/>
          <w:bCs/>
        </w:rPr>
        <w:t>on a 4.0 scale</w:t>
      </w:r>
    </w:p>
    <w:p w14:paraId="247CD4E4" w14:textId="35FA5737" w:rsidR="00CC5A71" w:rsidRPr="00A5437F" w:rsidRDefault="001C6802" w:rsidP="009822FD">
      <w:pPr>
        <w:pStyle w:val="ListParagraph"/>
        <w:spacing w:after="0" w:line="240" w:lineRule="auto"/>
      </w:pPr>
      <w:r w:rsidRPr="00A5437F">
        <w:t xml:space="preserve">(Requirement may also be met with </w:t>
      </w:r>
      <w:r w:rsidR="00A52D62" w:rsidRPr="00A5437F">
        <w:t>9 college credit hours with a grade of C or better</w:t>
      </w:r>
      <w:r w:rsidRPr="00A5437F">
        <w:t>, if student has GED or below the 2.7 GPA</w:t>
      </w:r>
      <w:r w:rsidR="00D870E1" w:rsidRPr="00A5437F">
        <w:t xml:space="preserve"> for high school.</w:t>
      </w:r>
      <w:r w:rsidRPr="00A5437F">
        <w:t>)</w:t>
      </w:r>
    </w:p>
    <w:p w14:paraId="5464C56E" w14:textId="0EA67B6F" w:rsidR="005D3C86" w:rsidRDefault="005D3C86" w:rsidP="001C6802">
      <w:pPr>
        <w:pStyle w:val="ListParagraph"/>
        <w:numPr>
          <w:ilvl w:val="0"/>
          <w:numId w:val="12"/>
        </w:numPr>
        <w:spacing w:after="0" w:line="240" w:lineRule="auto"/>
        <w:rPr>
          <w:b/>
          <w:bCs/>
        </w:rPr>
      </w:pPr>
      <w:bookmarkStart w:id="1" w:name="_Hlk241844862"/>
      <w:r w:rsidRPr="005D3C86">
        <w:rPr>
          <w:b/>
          <w:bCs/>
        </w:rPr>
        <w:t>ICC Cumulative GPA 2.5 or higher</w:t>
      </w:r>
    </w:p>
    <w:p w14:paraId="23D9FC69" w14:textId="5DB0D50A" w:rsidR="005D3C86" w:rsidRPr="005D3C86" w:rsidRDefault="005D3C86" w:rsidP="005D3C86">
      <w:pPr>
        <w:pStyle w:val="ListParagraph"/>
        <w:spacing w:after="0" w:line="240" w:lineRule="auto"/>
      </w:pPr>
      <w:r>
        <w:t>(</w:t>
      </w:r>
      <w:r w:rsidRPr="005D3C86">
        <w:t>If student has ICC college credit</w:t>
      </w:r>
      <w:r>
        <w:t>)</w:t>
      </w:r>
    </w:p>
    <w:bookmarkEnd w:id="1"/>
    <w:p w14:paraId="57A777F1" w14:textId="4644B1C6" w:rsidR="009822FD" w:rsidRPr="00A5437F" w:rsidRDefault="00A52D62" w:rsidP="001C6802">
      <w:pPr>
        <w:pStyle w:val="ListParagraph"/>
        <w:numPr>
          <w:ilvl w:val="0"/>
          <w:numId w:val="12"/>
        </w:numPr>
        <w:spacing w:after="0" w:line="240" w:lineRule="auto"/>
      </w:pPr>
      <w:r w:rsidRPr="00A5437F">
        <w:rPr>
          <w:b/>
          <w:bCs/>
        </w:rPr>
        <w:t>Cumulative College GPA 2.</w:t>
      </w:r>
      <w:r w:rsidR="00FC6D4F" w:rsidRPr="00A5437F">
        <w:rPr>
          <w:b/>
          <w:bCs/>
        </w:rPr>
        <w:t>5</w:t>
      </w:r>
      <w:r w:rsidRPr="00A5437F">
        <w:rPr>
          <w:b/>
          <w:bCs/>
        </w:rPr>
        <w:t xml:space="preserve"> or higher</w:t>
      </w:r>
      <w:r w:rsidRPr="00A5437F">
        <w:t xml:space="preserve"> </w:t>
      </w:r>
    </w:p>
    <w:p w14:paraId="435092FB" w14:textId="77777777" w:rsidR="00FC6D4F" w:rsidRPr="00A5437F" w:rsidRDefault="00A52D62" w:rsidP="00FC6D4F">
      <w:pPr>
        <w:pStyle w:val="ListParagraph"/>
        <w:spacing w:after="0" w:line="240" w:lineRule="auto"/>
      </w:pPr>
      <w:r w:rsidRPr="00A5437F">
        <w:t>Cumulative GPA is calculated by all points earned between all colleges divided by hours attempted for all courses taken.</w:t>
      </w:r>
      <w:r w:rsidR="00D870E1" w:rsidRPr="00A5437F">
        <w:t xml:space="preserve"> (This requirement is waived for current high school seniors, if they do not have a college GPA established.)</w:t>
      </w:r>
    </w:p>
    <w:p w14:paraId="3E7619FA" w14:textId="0C297E42" w:rsidR="00FC6D4F" w:rsidRDefault="00FC6D4F" w:rsidP="00FC6D4F">
      <w:pPr>
        <w:pStyle w:val="ListParagraph"/>
        <w:numPr>
          <w:ilvl w:val="0"/>
          <w:numId w:val="12"/>
        </w:numPr>
        <w:spacing w:after="0" w:line="240" w:lineRule="auto"/>
        <w:rPr>
          <w:b/>
          <w:bCs/>
        </w:rPr>
      </w:pPr>
      <w:r w:rsidRPr="00A5437F">
        <w:rPr>
          <w:b/>
          <w:bCs/>
        </w:rPr>
        <w:t>Certified Nursing Assistant (CNA) Certification</w:t>
      </w:r>
    </w:p>
    <w:p w14:paraId="2EDD51FD" w14:textId="77777777" w:rsidR="00A5437F" w:rsidRPr="00A5437F" w:rsidRDefault="00A5437F" w:rsidP="00A5437F">
      <w:pPr>
        <w:pStyle w:val="ListParagraph"/>
        <w:spacing w:after="0" w:line="240" w:lineRule="auto"/>
        <w:rPr>
          <w:b/>
          <w:bCs/>
        </w:rPr>
      </w:pPr>
    </w:p>
    <w:p w14:paraId="4EF6F96E" w14:textId="3C1C128A" w:rsidR="00A52D62" w:rsidRPr="00A5437F" w:rsidRDefault="00553A35" w:rsidP="00970133">
      <w:pPr>
        <w:spacing w:after="0" w:line="240" w:lineRule="auto"/>
      </w:pPr>
      <w:r w:rsidRPr="00A5437F">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 xml:space="preserve">4.00 to </w:t>
            </w:r>
            <w:proofErr w:type="gramStart"/>
            <w:r w:rsidRPr="00027654">
              <w:rPr>
                <w:sz w:val="20"/>
                <w:szCs w:val="20"/>
              </w:rPr>
              <w:t>3.50  =</w:t>
            </w:r>
            <w:proofErr w:type="gramEnd"/>
            <w:r w:rsidRPr="00027654">
              <w:rPr>
                <w:sz w:val="20"/>
                <w:szCs w:val="20"/>
              </w:rPr>
              <w:t xml:space="preserve">  10 points</w:t>
            </w:r>
          </w:p>
          <w:p w14:paraId="2A2334DF" w14:textId="77777777" w:rsidR="001228B5" w:rsidRDefault="001228B5" w:rsidP="001228B5">
            <w:pPr>
              <w:rPr>
                <w:sz w:val="20"/>
                <w:szCs w:val="20"/>
              </w:rPr>
            </w:pPr>
            <w:r w:rsidRPr="00027654">
              <w:rPr>
                <w:sz w:val="20"/>
                <w:szCs w:val="20"/>
              </w:rPr>
              <w:t xml:space="preserve">3.49 to </w:t>
            </w:r>
            <w:proofErr w:type="gramStart"/>
            <w:r w:rsidRPr="00027654">
              <w:rPr>
                <w:sz w:val="20"/>
                <w:szCs w:val="20"/>
              </w:rPr>
              <w:t>3.25  =</w:t>
            </w:r>
            <w:proofErr w:type="gramEnd"/>
            <w:r w:rsidRPr="00027654">
              <w:rPr>
                <w:sz w:val="20"/>
                <w:szCs w:val="20"/>
              </w:rPr>
              <w:t xml:space="preserve">    8 points</w:t>
            </w:r>
          </w:p>
          <w:p w14:paraId="6E1E643A" w14:textId="23B01034" w:rsidR="001228B5" w:rsidRDefault="001228B5" w:rsidP="001228B5">
            <w:pPr>
              <w:rPr>
                <w:sz w:val="20"/>
                <w:szCs w:val="20"/>
              </w:rPr>
            </w:pPr>
            <w:r w:rsidRPr="00027654">
              <w:rPr>
                <w:sz w:val="20"/>
                <w:szCs w:val="20"/>
              </w:rPr>
              <w:t xml:space="preserve">3.24 to </w:t>
            </w:r>
            <w:proofErr w:type="gramStart"/>
            <w:r w:rsidRPr="00027654">
              <w:rPr>
                <w:sz w:val="20"/>
                <w:szCs w:val="20"/>
              </w:rPr>
              <w:t>3.00  =</w:t>
            </w:r>
            <w:proofErr w:type="gramEnd"/>
            <w:r w:rsidRPr="00027654">
              <w:rPr>
                <w:sz w:val="20"/>
                <w:szCs w:val="20"/>
              </w:rPr>
              <w:t xml:space="preserve">    6 points</w:t>
            </w:r>
          </w:p>
          <w:p w14:paraId="17463513" w14:textId="0A00D32E" w:rsidR="004573E5" w:rsidRDefault="009D76D4" w:rsidP="009D76D4">
            <w:pPr>
              <w:rPr>
                <w:sz w:val="20"/>
                <w:szCs w:val="20"/>
              </w:rPr>
            </w:pPr>
            <w:r w:rsidRPr="00027654">
              <w:rPr>
                <w:sz w:val="20"/>
                <w:szCs w:val="20"/>
              </w:rPr>
              <w:t xml:space="preserve">2.99 to </w:t>
            </w:r>
            <w:proofErr w:type="gramStart"/>
            <w:r w:rsidRPr="00027654">
              <w:rPr>
                <w:sz w:val="20"/>
                <w:szCs w:val="20"/>
              </w:rPr>
              <w:t>2.7</w:t>
            </w:r>
            <w:r w:rsidR="00696442">
              <w:rPr>
                <w:sz w:val="20"/>
                <w:szCs w:val="20"/>
              </w:rPr>
              <w:t>0</w:t>
            </w:r>
            <w:r w:rsidRPr="00027654">
              <w:rPr>
                <w:sz w:val="20"/>
                <w:szCs w:val="20"/>
              </w:rPr>
              <w:t xml:space="preserve">  =</w:t>
            </w:r>
            <w:proofErr w:type="gramEnd"/>
            <w:r w:rsidRPr="00027654">
              <w:rPr>
                <w:sz w:val="20"/>
                <w:szCs w:val="20"/>
              </w:rPr>
              <w:t xml:space="preserve">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proofErr w:type="gramStart"/>
            <w:r w:rsidRPr="00027654">
              <w:rPr>
                <w:sz w:val="20"/>
                <w:szCs w:val="20"/>
              </w:rPr>
              <w:t xml:space="preserve"> </w:t>
            </w:r>
            <w:r>
              <w:rPr>
                <w:sz w:val="20"/>
                <w:szCs w:val="20"/>
              </w:rPr>
              <w:t xml:space="preserve">  </w:t>
            </w:r>
            <w:r w:rsidRPr="00794875">
              <w:rPr>
                <w:sz w:val="20"/>
                <w:szCs w:val="20"/>
              </w:rPr>
              <w:t>(</w:t>
            </w:r>
            <w:proofErr w:type="gramEnd"/>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95" w:type="dxa"/>
        <w:tblLook w:val="04A0" w:firstRow="1" w:lastRow="0" w:firstColumn="1" w:lastColumn="0" w:noHBand="0" w:noVBand="1"/>
      </w:tblPr>
      <w:tblGrid>
        <w:gridCol w:w="5190"/>
        <w:gridCol w:w="5605"/>
      </w:tblGrid>
      <w:tr w:rsidR="009D76D4" w:rsidRPr="00970133" w14:paraId="4284E4CE" w14:textId="77777777" w:rsidTr="001B4995">
        <w:tc>
          <w:tcPr>
            <w:tcW w:w="10795" w:type="dxa"/>
            <w:gridSpan w:val="2"/>
            <w:tcBorders>
              <w:top w:val="single" w:sz="24" w:space="0" w:color="002060"/>
              <w:left w:val="single" w:sz="24" w:space="0" w:color="002060"/>
              <w:right w:val="single" w:sz="24" w:space="0" w:color="002060"/>
            </w:tcBorders>
            <w:vAlign w:val="center"/>
          </w:tcPr>
          <w:p w14:paraId="7338E957" w14:textId="488A485A" w:rsidR="007141B1" w:rsidRPr="000B6C85" w:rsidRDefault="000B6C85" w:rsidP="00F21DB5">
            <w:pPr>
              <w:rPr>
                <w:color w:val="0070C0"/>
                <w:sz w:val="24"/>
                <w:szCs w:val="24"/>
              </w:rPr>
            </w:pPr>
            <w:r>
              <w:rPr>
                <w:b/>
                <w:bCs/>
                <w:color w:val="0070C0"/>
                <w:sz w:val="24"/>
                <w:szCs w:val="24"/>
              </w:rPr>
              <w:t xml:space="preserve">OPTIONAL: </w:t>
            </w:r>
            <w:r w:rsidR="007141B1" w:rsidRPr="000B6C85">
              <w:rPr>
                <w:color w:val="0070C0"/>
                <w:sz w:val="24"/>
                <w:szCs w:val="24"/>
              </w:rPr>
              <w:t xml:space="preserve">COMPLETED </w:t>
            </w:r>
            <w:r w:rsidR="009D76D4" w:rsidRPr="000B6C85">
              <w:rPr>
                <w:color w:val="0070C0"/>
                <w:sz w:val="24"/>
                <w:szCs w:val="24"/>
              </w:rPr>
              <w:t>COURSE</w:t>
            </w:r>
            <w:r w:rsidRPr="000B6C85">
              <w:rPr>
                <w:color w:val="0070C0"/>
                <w:sz w:val="24"/>
                <w:szCs w:val="24"/>
              </w:rPr>
              <w:t>S FROM PROGRAM SEQUENCE</w:t>
            </w:r>
          </w:p>
          <w:p w14:paraId="11569AFF" w14:textId="4E4E21AD" w:rsidR="009D76D4" w:rsidRPr="007141B1" w:rsidRDefault="007141B1" w:rsidP="00F21DB5">
            <w:pPr>
              <w:rPr>
                <w:color w:val="0070C0"/>
              </w:rPr>
            </w:pPr>
            <w:r w:rsidRPr="007141B1">
              <w:rPr>
                <w:sz w:val="20"/>
                <w:szCs w:val="20"/>
              </w:rPr>
              <w:t xml:space="preserve">Not required to be completed prior to applying, but can improve </w:t>
            </w:r>
            <w:r>
              <w:rPr>
                <w:sz w:val="20"/>
                <w:szCs w:val="20"/>
              </w:rPr>
              <w:t>score</w:t>
            </w:r>
            <w:r w:rsidRPr="007141B1">
              <w:rPr>
                <w:sz w:val="20"/>
                <w:szCs w:val="20"/>
              </w:rPr>
              <w:t xml:space="preserve"> </w:t>
            </w:r>
            <w:r>
              <w:rPr>
                <w:sz w:val="20"/>
                <w:szCs w:val="20"/>
              </w:rPr>
              <w:t xml:space="preserve">if completed </w:t>
            </w:r>
            <w:r w:rsidRPr="007141B1">
              <w:rPr>
                <w:sz w:val="20"/>
                <w:szCs w:val="20"/>
              </w:rPr>
              <w:t xml:space="preserve">prior to </w:t>
            </w:r>
            <w:r>
              <w:rPr>
                <w:sz w:val="20"/>
                <w:szCs w:val="20"/>
              </w:rPr>
              <w:t>application review</w:t>
            </w:r>
            <w:r w:rsidRPr="007141B1">
              <w:rPr>
                <w:sz w:val="20"/>
                <w:szCs w:val="20"/>
              </w:rPr>
              <w:t>.</w:t>
            </w:r>
            <w:r w:rsidRPr="007141B1">
              <w:rPr>
                <w:b/>
                <w:bCs/>
                <w:sz w:val="24"/>
                <w:szCs w:val="24"/>
              </w:rPr>
              <w:t xml:space="preserve"> </w:t>
            </w:r>
            <w:r w:rsidR="009D76D4" w:rsidRPr="009D76D4">
              <w:rPr>
                <w:sz w:val="20"/>
                <w:szCs w:val="20"/>
              </w:rPr>
              <w:t>See the ICC college catalog for course descriptions. Points are scored based on the most recent grade earned for each course.</w:t>
            </w:r>
            <w:r w:rsidR="009D76D4" w:rsidRPr="00027654">
              <w:rPr>
                <w:sz w:val="20"/>
                <w:szCs w:val="20"/>
              </w:rPr>
              <w:t xml:space="preserve"> </w:t>
            </w:r>
          </w:p>
        </w:tc>
      </w:tr>
      <w:tr w:rsidR="009D76D4" w:rsidRPr="00027654" w14:paraId="6931C3F5" w14:textId="77777777" w:rsidTr="001B4995">
        <w:tc>
          <w:tcPr>
            <w:tcW w:w="10795" w:type="dxa"/>
            <w:gridSpan w:val="2"/>
            <w:tcBorders>
              <w:left w:val="single" w:sz="24" w:space="0" w:color="002060"/>
              <w:right w:val="single" w:sz="24" w:space="0" w:color="002060"/>
            </w:tcBorders>
          </w:tcPr>
          <w:p w14:paraId="7F4A8734" w14:textId="1A806844" w:rsidR="009D76D4" w:rsidRPr="00D870E1" w:rsidRDefault="009D76D4" w:rsidP="00F21DB5">
            <w:pPr>
              <w:rPr>
                <w:b/>
                <w:bCs/>
                <w:sz w:val="20"/>
                <w:szCs w:val="20"/>
              </w:rPr>
            </w:pPr>
            <w:r w:rsidRPr="00D870E1">
              <w:rPr>
                <w:b/>
                <w:bCs/>
                <w:sz w:val="20"/>
                <w:szCs w:val="20"/>
              </w:rPr>
              <w:t xml:space="preserve">                                                                    </w:t>
            </w:r>
            <w:r w:rsidR="00D870E1" w:rsidRPr="00D870E1">
              <w:rPr>
                <w:b/>
                <w:bCs/>
                <w:sz w:val="20"/>
                <w:szCs w:val="20"/>
              </w:rPr>
              <w:t xml:space="preserve">                        </w:t>
            </w:r>
            <w:r w:rsidRPr="00D870E1">
              <w:rPr>
                <w:b/>
                <w:bCs/>
                <w:sz w:val="20"/>
                <w:szCs w:val="20"/>
              </w:rPr>
              <w:t xml:space="preserve">Grades:         </w:t>
            </w:r>
            <w:r w:rsidR="008826F5">
              <w:rPr>
                <w:b/>
                <w:bCs/>
                <w:sz w:val="20"/>
                <w:szCs w:val="20"/>
              </w:rPr>
              <w:t xml:space="preserve">    </w:t>
            </w:r>
            <w:r w:rsidRPr="00D870E1">
              <w:rPr>
                <w:b/>
                <w:bCs/>
                <w:sz w:val="20"/>
                <w:szCs w:val="20"/>
              </w:rPr>
              <w:t>A         B         C</w:t>
            </w:r>
          </w:p>
        </w:tc>
      </w:tr>
      <w:tr w:rsidR="009D76D4" w:rsidRPr="00027654" w14:paraId="16DBB8F3" w14:textId="77777777" w:rsidTr="008826F5">
        <w:tc>
          <w:tcPr>
            <w:tcW w:w="5190" w:type="dxa"/>
            <w:tcBorders>
              <w:left w:val="single" w:sz="24" w:space="0" w:color="002060"/>
            </w:tcBorders>
          </w:tcPr>
          <w:p w14:paraId="2AE9CD26" w14:textId="3C7D57E3" w:rsidR="009D76D4" w:rsidRDefault="009D76D4" w:rsidP="00F21DB5">
            <w:pPr>
              <w:rPr>
                <w:sz w:val="20"/>
                <w:szCs w:val="20"/>
              </w:rPr>
            </w:pPr>
            <w:r>
              <w:rPr>
                <w:sz w:val="20"/>
                <w:szCs w:val="20"/>
              </w:rPr>
              <w:t>BIOL</w:t>
            </w:r>
            <w:r w:rsidR="00FC6D4F">
              <w:rPr>
                <w:sz w:val="20"/>
                <w:szCs w:val="20"/>
              </w:rPr>
              <w:t xml:space="preserve"> 205</w:t>
            </w:r>
          </w:p>
          <w:p w14:paraId="2FA17269" w14:textId="7BD96405" w:rsidR="00FC6D4F" w:rsidRDefault="00FC6D4F" w:rsidP="00F21DB5">
            <w:pPr>
              <w:rPr>
                <w:sz w:val="20"/>
                <w:szCs w:val="20"/>
              </w:rPr>
            </w:pPr>
            <w:r>
              <w:rPr>
                <w:sz w:val="20"/>
                <w:szCs w:val="20"/>
              </w:rPr>
              <w:t>BIOL 206</w:t>
            </w:r>
          </w:p>
          <w:p w14:paraId="3D3DB4CC" w14:textId="3DDBB923" w:rsidR="00A424BF" w:rsidRDefault="00FC6D4F" w:rsidP="00F21DB5">
            <w:pPr>
              <w:rPr>
                <w:sz w:val="20"/>
                <w:szCs w:val="20"/>
              </w:rPr>
            </w:pPr>
            <w:r>
              <w:rPr>
                <w:sz w:val="20"/>
                <w:szCs w:val="20"/>
              </w:rPr>
              <w:t>BIOL 210</w:t>
            </w:r>
          </w:p>
        </w:tc>
        <w:tc>
          <w:tcPr>
            <w:tcW w:w="5605" w:type="dxa"/>
            <w:tcBorders>
              <w:right w:val="single" w:sz="24" w:space="0" w:color="002060"/>
            </w:tcBorders>
          </w:tcPr>
          <w:p w14:paraId="58897CBD" w14:textId="4B2B06C5" w:rsidR="009D76D4" w:rsidRDefault="009D76D4" w:rsidP="00F21DB5">
            <w:pPr>
              <w:rPr>
                <w:sz w:val="20"/>
                <w:szCs w:val="20"/>
              </w:rPr>
            </w:pPr>
            <w:r>
              <w:rPr>
                <w:sz w:val="20"/>
                <w:szCs w:val="20"/>
              </w:rPr>
              <w:t xml:space="preserve">  </w:t>
            </w:r>
            <w:r w:rsidR="00D870E1">
              <w:rPr>
                <w:sz w:val="20"/>
                <w:szCs w:val="20"/>
              </w:rPr>
              <w:t xml:space="preserve">  </w:t>
            </w:r>
            <w:r>
              <w:rPr>
                <w:sz w:val="20"/>
                <w:szCs w:val="20"/>
              </w:rPr>
              <w:t>7         5         3</w:t>
            </w:r>
          </w:p>
          <w:p w14:paraId="712A86A3" w14:textId="77777777" w:rsidR="00FC6D4F" w:rsidRDefault="00FC6D4F" w:rsidP="00FC6D4F">
            <w:pPr>
              <w:rPr>
                <w:sz w:val="20"/>
                <w:szCs w:val="20"/>
              </w:rPr>
            </w:pPr>
            <w:r>
              <w:rPr>
                <w:sz w:val="20"/>
                <w:szCs w:val="20"/>
              </w:rPr>
              <w:t xml:space="preserve">    7         5         3</w:t>
            </w:r>
          </w:p>
          <w:p w14:paraId="58F70084" w14:textId="315A4FE1" w:rsidR="00A424BF" w:rsidRDefault="00FC6D4F" w:rsidP="00F21DB5">
            <w:pPr>
              <w:rPr>
                <w:sz w:val="20"/>
                <w:szCs w:val="20"/>
              </w:rPr>
            </w:pPr>
            <w:r>
              <w:rPr>
                <w:sz w:val="20"/>
                <w:szCs w:val="20"/>
              </w:rPr>
              <w:t xml:space="preserve">    7         5         3</w:t>
            </w:r>
          </w:p>
        </w:tc>
      </w:tr>
      <w:tr w:rsidR="009D76D4" w:rsidRPr="00794875" w14:paraId="3953C2E4" w14:textId="77777777" w:rsidTr="001B4995">
        <w:trPr>
          <w:trHeight w:val="323"/>
        </w:trPr>
        <w:tc>
          <w:tcPr>
            <w:tcW w:w="10795" w:type="dxa"/>
            <w:gridSpan w:val="2"/>
            <w:tcBorders>
              <w:left w:val="single" w:sz="24" w:space="0" w:color="002060"/>
              <w:bottom w:val="single" w:sz="24" w:space="0" w:color="002060"/>
              <w:right w:val="single" w:sz="24" w:space="0" w:color="002060"/>
            </w:tcBorders>
          </w:tcPr>
          <w:p w14:paraId="2E60240D" w14:textId="14F4F341" w:rsidR="009D76D4" w:rsidRPr="001228B5" w:rsidRDefault="009D76D4" w:rsidP="00F21DB5">
            <w:pPr>
              <w:rPr>
                <w:sz w:val="20"/>
                <w:szCs w:val="20"/>
              </w:rPr>
            </w:pPr>
            <w:r w:rsidRPr="00027654">
              <w:rPr>
                <w:b/>
                <w:bCs/>
                <w:noProof/>
                <w:sz w:val="20"/>
                <w:szCs w:val="20"/>
                <w:u w:val="single"/>
              </w:rPr>
              <mc:AlternateContent>
                <mc:Choice Requires="wps">
                  <w:drawing>
                    <wp:anchor distT="0" distB="0" distL="114300" distR="114300" simplePos="0" relativeHeight="251683840"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94441" id="Rectangle 18" o:spid="_x0000_s1026" style="position:absolute;margin-left:67pt;margin-top:1.65pt;width:48.75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p w14:paraId="34F04308" w14:textId="77777777" w:rsidR="00172C8A" w:rsidRPr="008826F5" w:rsidRDefault="00172C8A"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8826F5">
        <w:tc>
          <w:tcPr>
            <w:tcW w:w="5190" w:type="dxa"/>
            <w:tcBorders>
              <w:left w:val="single" w:sz="24" w:space="0" w:color="002060"/>
            </w:tcBorders>
          </w:tcPr>
          <w:p w14:paraId="36E4FF3E" w14:textId="3870D8E4"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Examples include: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roofErr w:type="gramStart"/>
            <w:r>
              <w:rPr>
                <w:sz w:val="20"/>
                <w:szCs w:val="20"/>
              </w:rPr>
              <w:t xml:space="preserve">   </w:t>
            </w:r>
            <w:r w:rsidRPr="00794875">
              <w:rPr>
                <w:sz w:val="20"/>
                <w:szCs w:val="20"/>
              </w:rPr>
              <w:t>(</w:t>
            </w:r>
            <w:proofErr w:type="gramEnd"/>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2727200E" w:rsidR="00D870E1" w:rsidRDefault="00A22693" w:rsidP="00D870E1">
      <w:pPr>
        <w:spacing w:after="0" w:line="240" w:lineRule="auto"/>
        <w:rPr>
          <w:sz w:val="20"/>
          <w:szCs w:val="20"/>
        </w:rPr>
      </w:pPr>
      <w:r w:rsidRPr="00906FD7">
        <w:rPr>
          <w:b/>
          <w:bCs/>
        </w:rPr>
        <w:t>TOTAL POINTS EARNED</w:t>
      </w:r>
      <w:r>
        <w:t>:</w:t>
      </w:r>
      <w:r w:rsidR="00906FD7">
        <w:t xml:space="preserve"> </w:t>
      </w:r>
      <w:r w:rsidR="00906FD7">
        <w:rPr>
          <w:sz w:val="20"/>
          <w:szCs w:val="20"/>
        </w:rPr>
        <w:br/>
      </w:r>
    </w:p>
    <w:p w14:paraId="251847AF" w14:textId="3D07C60C" w:rsidR="00A5437F" w:rsidRDefault="002443E0" w:rsidP="00D870E1">
      <w:pPr>
        <w:spacing w:after="0" w:line="240" w:lineRule="auto"/>
      </w:pPr>
      <w:r w:rsidRPr="00A5437F">
        <w:t>**Supporting documentation must accompany your application.</w:t>
      </w:r>
    </w:p>
    <w:p w14:paraId="6E457F11" w14:textId="77777777" w:rsidR="008168FE" w:rsidRPr="00A5437F" w:rsidRDefault="008168FE" w:rsidP="00D870E1">
      <w:pPr>
        <w:spacing w:after="0" w:line="240" w:lineRule="auto"/>
      </w:pPr>
    </w:p>
    <w:p w14:paraId="15FEA18B" w14:textId="7B9F3099" w:rsidR="00923BA8" w:rsidRPr="00A5437F" w:rsidRDefault="002443E0" w:rsidP="00D870E1">
      <w:pPr>
        <w:spacing w:after="0" w:line="240" w:lineRule="auto"/>
      </w:pPr>
      <w:r w:rsidRPr="00A5437F">
        <w:t xml:space="preserve">Please </w:t>
      </w:r>
      <w:r w:rsidR="00E955C7" w:rsidRPr="00A5437F">
        <w:t>review</w:t>
      </w:r>
      <w:r w:rsidRPr="00A5437F">
        <w:t xml:space="preserve"> this form with the help of an admission representative – </w:t>
      </w:r>
      <w:hyperlink r:id="rId8" w:history="1">
        <w:r w:rsidR="00D870E1" w:rsidRPr="00A5437F">
          <w:rPr>
            <w:rStyle w:val="Hyperlink"/>
          </w:rPr>
          <w:t>admissions@icc.edu</w:t>
        </w:r>
      </w:hyperlink>
      <w:r w:rsidRPr="00A5437F">
        <w:t>, (309) 694-5200 or schedule an on-campus visit.</w:t>
      </w:r>
    </w:p>
    <w:sectPr w:rsidR="00923BA8" w:rsidRPr="00A5437F"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37DD5" w14:textId="77777777" w:rsidR="00E509F7" w:rsidRDefault="00E509F7" w:rsidP="008F4992">
      <w:pPr>
        <w:spacing w:after="0" w:line="240" w:lineRule="auto"/>
      </w:pPr>
      <w:r>
        <w:separator/>
      </w:r>
    </w:p>
  </w:endnote>
  <w:endnote w:type="continuationSeparator" w:id="0">
    <w:p w14:paraId="2E84D956" w14:textId="77777777" w:rsidR="00E509F7" w:rsidRDefault="00E509F7"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1AE96" w14:textId="411D7746" w:rsidR="00A5437F" w:rsidRPr="009C4FE3" w:rsidRDefault="009C4FE3" w:rsidP="009C4FE3">
    <w:pPr>
      <w:pStyle w:val="Footer"/>
      <w:jc w:val="right"/>
    </w:pPr>
    <w:r>
      <w:t>Last Updated: November 2025 | Effective Beginning Spring 2027 Application Cycle Review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D6DA4" w14:textId="77777777" w:rsidR="00E509F7" w:rsidRDefault="00E509F7" w:rsidP="008F4992">
      <w:pPr>
        <w:spacing w:after="0" w:line="240" w:lineRule="auto"/>
      </w:pPr>
      <w:r>
        <w:separator/>
      </w:r>
    </w:p>
  </w:footnote>
  <w:footnote w:type="continuationSeparator" w:id="0">
    <w:p w14:paraId="307C7BD1" w14:textId="77777777" w:rsidR="00E509F7" w:rsidRDefault="00E509F7"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F228A9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654"/>
    <w:rsid w:val="00034616"/>
    <w:rsid w:val="000370FA"/>
    <w:rsid w:val="0006063C"/>
    <w:rsid w:val="000B6C85"/>
    <w:rsid w:val="000C7EFF"/>
    <w:rsid w:val="001228B5"/>
    <w:rsid w:val="0015074B"/>
    <w:rsid w:val="00172C8A"/>
    <w:rsid w:val="00190FE2"/>
    <w:rsid w:val="001B4995"/>
    <w:rsid w:val="001C6802"/>
    <w:rsid w:val="001D54DB"/>
    <w:rsid w:val="00212B81"/>
    <w:rsid w:val="00234A57"/>
    <w:rsid w:val="002443E0"/>
    <w:rsid w:val="0029639D"/>
    <w:rsid w:val="00326F90"/>
    <w:rsid w:val="003439B9"/>
    <w:rsid w:val="003C0991"/>
    <w:rsid w:val="003D530E"/>
    <w:rsid w:val="004573E5"/>
    <w:rsid w:val="00553A35"/>
    <w:rsid w:val="00562D1E"/>
    <w:rsid w:val="005D16CB"/>
    <w:rsid w:val="005D3C86"/>
    <w:rsid w:val="005F5AB9"/>
    <w:rsid w:val="005F5D77"/>
    <w:rsid w:val="00625630"/>
    <w:rsid w:val="0064453A"/>
    <w:rsid w:val="00696442"/>
    <w:rsid w:val="007141B1"/>
    <w:rsid w:val="0079135A"/>
    <w:rsid w:val="00794875"/>
    <w:rsid w:val="007A6A81"/>
    <w:rsid w:val="007B5500"/>
    <w:rsid w:val="008010C0"/>
    <w:rsid w:val="008168FE"/>
    <w:rsid w:val="008826F5"/>
    <w:rsid w:val="008D7F34"/>
    <w:rsid w:val="008F4992"/>
    <w:rsid w:val="00906FD7"/>
    <w:rsid w:val="00923BA8"/>
    <w:rsid w:val="00943F00"/>
    <w:rsid w:val="00945422"/>
    <w:rsid w:val="009508E3"/>
    <w:rsid w:val="00970133"/>
    <w:rsid w:val="009822FD"/>
    <w:rsid w:val="009B2655"/>
    <w:rsid w:val="009C4FE3"/>
    <w:rsid w:val="009D76D4"/>
    <w:rsid w:val="00A22693"/>
    <w:rsid w:val="00A424BF"/>
    <w:rsid w:val="00A52D62"/>
    <w:rsid w:val="00A5437F"/>
    <w:rsid w:val="00A7474A"/>
    <w:rsid w:val="00A92842"/>
    <w:rsid w:val="00AA1D8D"/>
    <w:rsid w:val="00AB0382"/>
    <w:rsid w:val="00AE5A8B"/>
    <w:rsid w:val="00B3442E"/>
    <w:rsid w:val="00B47730"/>
    <w:rsid w:val="00B75D0D"/>
    <w:rsid w:val="00CB0664"/>
    <w:rsid w:val="00CC0325"/>
    <w:rsid w:val="00CC5A71"/>
    <w:rsid w:val="00D60743"/>
    <w:rsid w:val="00D6178A"/>
    <w:rsid w:val="00D73692"/>
    <w:rsid w:val="00D870E1"/>
    <w:rsid w:val="00D95CEF"/>
    <w:rsid w:val="00E509F7"/>
    <w:rsid w:val="00E955C7"/>
    <w:rsid w:val="00EC66EB"/>
    <w:rsid w:val="00F50580"/>
    <w:rsid w:val="00F84037"/>
    <w:rsid w:val="00FC693F"/>
    <w:rsid w:val="00FC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1D54DB"/>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430461">
      <w:bodyDiv w:val="1"/>
      <w:marLeft w:val="0"/>
      <w:marRight w:val="0"/>
      <w:marTop w:val="0"/>
      <w:marBottom w:val="0"/>
      <w:divBdr>
        <w:top w:val="none" w:sz="0" w:space="0" w:color="auto"/>
        <w:left w:val="none" w:sz="0" w:space="0" w:color="auto"/>
        <w:bottom w:val="none" w:sz="0" w:space="0" w:color="auto"/>
        <w:right w:val="none" w:sz="0" w:space="0" w:color="auto"/>
      </w:divBdr>
    </w:div>
    <w:div w:id="15612062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8</cp:revision>
  <cp:lastPrinted>2025-05-20T16:55:00Z</cp:lastPrinted>
  <dcterms:created xsi:type="dcterms:W3CDTF">2025-05-22T14:12:00Z</dcterms:created>
  <dcterms:modified xsi:type="dcterms:W3CDTF">2026-10-02T19:50:00Z</dcterms:modified>
  <cp:category/>
</cp:coreProperties>
</file>