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459AADC6" w:rsidR="00945422" w:rsidRPr="00027654" w:rsidRDefault="002F3AA5" w:rsidP="00906FD7">
      <w:pPr>
        <w:pStyle w:val="Title"/>
        <w:spacing w:after="0"/>
        <w:jc w:val="center"/>
        <w:rPr>
          <w:sz w:val="40"/>
          <w:szCs w:val="40"/>
        </w:rPr>
      </w:pPr>
      <w:r>
        <w:rPr>
          <w:sz w:val="40"/>
          <w:szCs w:val="40"/>
        </w:rPr>
        <w:t>MEDICAL CODER</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7A6A81" w:rsidRDefault="007A6A81" w:rsidP="00A52D62">
      <w:pPr>
        <w:spacing w:after="0" w:line="240" w:lineRule="auto"/>
        <w:rPr>
          <w:sz w:val="20"/>
          <w:szCs w:val="20"/>
        </w:rPr>
      </w:pPr>
      <w:r w:rsidRPr="007A6A81">
        <w:rPr>
          <w:sz w:val="20"/>
          <w:szCs w:val="20"/>
        </w:rPr>
        <w:t>Must meet all requirements listed in this section to be eligible for the program.</w:t>
      </w:r>
    </w:p>
    <w:p w14:paraId="2AA0F35A" w14:textId="5051FDDB" w:rsidR="009822FD" w:rsidRPr="0079135A" w:rsidRDefault="00A52D62" w:rsidP="001C6802">
      <w:pPr>
        <w:pStyle w:val="ListParagraph"/>
        <w:numPr>
          <w:ilvl w:val="0"/>
          <w:numId w:val="12"/>
        </w:numPr>
        <w:spacing w:after="0" w:line="240" w:lineRule="auto"/>
      </w:pPr>
      <w:bookmarkStart w:id="0" w:name="_Hlk198711934"/>
      <w:r w:rsidRPr="0079135A">
        <w:rPr>
          <w:b/>
          <w:bCs/>
        </w:rPr>
        <w:t xml:space="preserve">High </w:t>
      </w:r>
      <w:r w:rsidR="0079135A" w:rsidRPr="0079135A">
        <w:rPr>
          <w:b/>
          <w:bCs/>
        </w:rPr>
        <w:t xml:space="preserve">school </w:t>
      </w:r>
      <w:r w:rsidRPr="0079135A">
        <w:rPr>
          <w:b/>
          <w:bCs/>
        </w:rPr>
        <w:t xml:space="preserve">senior </w:t>
      </w:r>
      <w:r w:rsidR="0079135A" w:rsidRPr="0079135A">
        <w:rPr>
          <w:b/>
          <w:bCs/>
        </w:rPr>
        <w:t xml:space="preserve">or high school graduate </w:t>
      </w:r>
      <w:r w:rsidRPr="0079135A">
        <w:rPr>
          <w:b/>
          <w:bCs/>
        </w:rPr>
        <w:t>with a high school GPA 2.7 or higher</w:t>
      </w:r>
      <w:bookmarkEnd w:id="0"/>
      <w:r w:rsidRPr="0079135A">
        <w:t xml:space="preserve"> </w:t>
      </w:r>
      <w:r w:rsidR="0079135A" w:rsidRPr="0079135A">
        <w:rPr>
          <w:b/>
          <w:bCs/>
        </w:rPr>
        <w:t>on a 4.0 scale</w:t>
      </w:r>
    </w:p>
    <w:p w14:paraId="247CD4E4" w14:textId="3F3556B7" w:rsidR="00CC5A71" w:rsidRPr="009822FD" w:rsidRDefault="001C6802" w:rsidP="009822FD">
      <w:pPr>
        <w:pStyle w:val="ListParagraph"/>
        <w:spacing w:after="0" w:line="240" w:lineRule="auto"/>
        <w:rPr>
          <w:sz w:val="20"/>
          <w:szCs w:val="20"/>
        </w:rPr>
      </w:pPr>
      <w:r>
        <w:rPr>
          <w:sz w:val="20"/>
          <w:szCs w:val="20"/>
        </w:rPr>
        <w:t xml:space="preserve">(Requirement may also be met with </w:t>
      </w:r>
      <w:r w:rsidR="002F3AA5">
        <w:rPr>
          <w:sz w:val="20"/>
          <w:szCs w:val="20"/>
        </w:rPr>
        <w:t>5</w:t>
      </w:r>
      <w:r w:rsidR="00A52D62" w:rsidRPr="001C6802">
        <w:rPr>
          <w:sz w:val="20"/>
          <w:szCs w:val="20"/>
        </w:rPr>
        <w:t xml:space="preserve"> college credit hours with a grade of C or better</w:t>
      </w:r>
      <w:r>
        <w:rPr>
          <w:sz w:val="20"/>
          <w:szCs w:val="20"/>
        </w:rPr>
        <w:t>, if student has GED or below the 2.7 GPA</w:t>
      </w:r>
      <w:r w:rsidR="00D870E1">
        <w:rPr>
          <w:sz w:val="20"/>
          <w:szCs w:val="20"/>
        </w:rPr>
        <w:t xml:space="preserve"> for high school.</w:t>
      </w:r>
      <w:r>
        <w:rPr>
          <w:sz w:val="20"/>
          <w:szCs w:val="20"/>
        </w:rPr>
        <w:t>)</w:t>
      </w:r>
    </w:p>
    <w:p w14:paraId="5DF5A7FE" w14:textId="45851DBF" w:rsidR="00DA726E" w:rsidRDefault="00DA726E" w:rsidP="00DA726E">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343AAB84" w14:textId="77777777" w:rsidR="00DA726E" w:rsidRDefault="00DA726E" w:rsidP="00DA726E">
      <w:pPr>
        <w:pStyle w:val="ListParagraph"/>
        <w:spacing w:after="0" w:line="240" w:lineRule="auto"/>
      </w:pPr>
      <w:r>
        <w:t>(If student has ICC college credit)</w:t>
      </w:r>
    </w:p>
    <w:p w14:paraId="57A777F1" w14:textId="788EBF94" w:rsidR="009822FD" w:rsidRDefault="00A52D62" w:rsidP="001C6802">
      <w:pPr>
        <w:pStyle w:val="ListParagraph"/>
        <w:numPr>
          <w:ilvl w:val="0"/>
          <w:numId w:val="12"/>
        </w:numPr>
        <w:spacing w:after="0" w:line="240" w:lineRule="auto"/>
        <w:rPr>
          <w:sz w:val="20"/>
          <w:szCs w:val="20"/>
        </w:rPr>
      </w:pPr>
      <w:r w:rsidRPr="009822FD">
        <w:rPr>
          <w:b/>
          <w:bCs/>
        </w:rPr>
        <w:t>Cumulative College GPA 2.</w:t>
      </w:r>
      <w:r w:rsidR="002F3AA5">
        <w:rPr>
          <w:b/>
          <w:bCs/>
        </w:rPr>
        <w:t>0</w:t>
      </w:r>
      <w:r w:rsidRPr="009822FD">
        <w:rPr>
          <w:b/>
          <w:bCs/>
        </w:rPr>
        <w:t xml:space="preserve"> or higher</w:t>
      </w:r>
      <w:r w:rsidRPr="001C6802">
        <w:rPr>
          <w:sz w:val="20"/>
          <w:szCs w:val="20"/>
        </w:rPr>
        <w:t xml:space="preserve"> </w:t>
      </w:r>
    </w:p>
    <w:p w14:paraId="44A32C83" w14:textId="1DE74F40" w:rsidR="002F3AA5" w:rsidRDefault="00A52D62" w:rsidP="006A3161">
      <w:pPr>
        <w:pStyle w:val="ListParagraph"/>
        <w:spacing w:after="0" w:line="240" w:lineRule="auto"/>
        <w:rPr>
          <w:sz w:val="20"/>
          <w:szCs w:val="20"/>
        </w:rPr>
      </w:pPr>
      <w:r w:rsidRPr="001C6802">
        <w:rPr>
          <w:sz w:val="20"/>
          <w:szCs w:val="20"/>
        </w:rPr>
        <w:t>Cumulative GPA is calculated by all points earned between all colleges divided by hours attempted for all courses taken.</w:t>
      </w:r>
      <w:r w:rsidR="00D870E1">
        <w:rPr>
          <w:sz w:val="20"/>
          <w:szCs w:val="20"/>
        </w:rPr>
        <w:t xml:space="preserve"> (This requirement is waived for current high school seniors, if they do not have a college GPA established.)</w:t>
      </w:r>
    </w:p>
    <w:p w14:paraId="4EF6F96E" w14:textId="15BB11B6" w:rsidR="00A52D62" w:rsidRDefault="00553A35" w:rsidP="00970133">
      <w:pPr>
        <w:spacing w:after="0" w:line="240" w:lineRule="auto"/>
        <w:rPr>
          <w:sz w:val="20"/>
          <w:szCs w:val="20"/>
        </w:rPr>
      </w:pPr>
      <w:r w:rsidRPr="00027654">
        <w:rPr>
          <w:sz w:val="20"/>
          <w:szCs w:val="20"/>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6A4C29A" w14:textId="77777777" w:rsidR="005C3A2F" w:rsidRDefault="005C3A2F" w:rsidP="005C3A2F">
            <w:pPr>
              <w:rPr>
                <w:sz w:val="20"/>
                <w:szCs w:val="20"/>
              </w:rPr>
            </w:pPr>
            <w:r>
              <w:rPr>
                <w:sz w:val="20"/>
                <w:szCs w:val="20"/>
              </w:rPr>
              <w:t>BIOL 140 – OR – BIOL 205 &amp; BIOL 206</w:t>
            </w:r>
          </w:p>
          <w:p w14:paraId="2FA17269" w14:textId="59EDF6A2" w:rsidR="00FC6D4F" w:rsidRDefault="002F3AA5" w:rsidP="00F21DB5">
            <w:pPr>
              <w:rPr>
                <w:sz w:val="20"/>
                <w:szCs w:val="20"/>
              </w:rPr>
            </w:pPr>
            <w:r>
              <w:rPr>
                <w:sz w:val="20"/>
                <w:szCs w:val="20"/>
              </w:rPr>
              <w:t>CMPSC 120</w:t>
            </w:r>
          </w:p>
          <w:p w14:paraId="3D3DB4CC" w14:textId="1D8E6F53" w:rsidR="00A424BF" w:rsidRDefault="002F3AA5" w:rsidP="00F21DB5">
            <w:pPr>
              <w:rPr>
                <w:sz w:val="20"/>
                <w:szCs w:val="20"/>
              </w:rPr>
            </w:pPr>
            <w:r>
              <w:rPr>
                <w:sz w:val="20"/>
                <w:szCs w:val="20"/>
              </w:rPr>
              <w:t>HLTH 121</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712A86A3" w14:textId="29AE8EDD" w:rsidR="00FC6D4F" w:rsidRDefault="00FC6D4F" w:rsidP="00FC6D4F">
            <w:pPr>
              <w:rPr>
                <w:sz w:val="20"/>
                <w:szCs w:val="20"/>
              </w:rPr>
            </w:pPr>
            <w:r>
              <w:rPr>
                <w:sz w:val="20"/>
                <w:szCs w:val="20"/>
              </w:rPr>
              <w:t xml:space="preserve">    </w:t>
            </w:r>
            <w:r w:rsidR="002F3AA5">
              <w:rPr>
                <w:sz w:val="20"/>
                <w:szCs w:val="20"/>
              </w:rPr>
              <w:t>5</w:t>
            </w:r>
            <w:r>
              <w:rPr>
                <w:sz w:val="20"/>
                <w:szCs w:val="20"/>
              </w:rPr>
              <w:t xml:space="preserve">         </w:t>
            </w:r>
            <w:r w:rsidR="002F3AA5">
              <w:rPr>
                <w:sz w:val="20"/>
                <w:szCs w:val="20"/>
              </w:rPr>
              <w:t>3</w:t>
            </w:r>
            <w:r>
              <w:rPr>
                <w:sz w:val="20"/>
                <w:szCs w:val="20"/>
              </w:rPr>
              <w:t xml:space="preserve">         </w:t>
            </w:r>
            <w:r w:rsidR="002F3AA5">
              <w:rPr>
                <w:sz w:val="20"/>
                <w:szCs w:val="20"/>
              </w:rPr>
              <w:t>1</w:t>
            </w:r>
          </w:p>
          <w:p w14:paraId="58F70084" w14:textId="48BCB4A6" w:rsidR="00A424BF" w:rsidRDefault="00FC6D4F" w:rsidP="00F21DB5">
            <w:pPr>
              <w:rPr>
                <w:sz w:val="20"/>
                <w:szCs w:val="20"/>
              </w:rPr>
            </w:pPr>
            <w:r>
              <w:rPr>
                <w:sz w:val="20"/>
                <w:szCs w:val="20"/>
              </w:rPr>
              <w:t xml:space="preserve">    </w:t>
            </w:r>
            <w:r w:rsidR="002F3AA5">
              <w:rPr>
                <w:sz w:val="20"/>
                <w:szCs w:val="20"/>
              </w:rPr>
              <w:t>5</w:t>
            </w:r>
            <w:r>
              <w:rPr>
                <w:sz w:val="20"/>
                <w:szCs w:val="20"/>
              </w:rPr>
              <w:t xml:space="preserve">         </w:t>
            </w:r>
            <w:r w:rsidR="002F3AA5">
              <w:rPr>
                <w:sz w:val="20"/>
                <w:szCs w:val="20"/>
              </w:rPr>
              <w:t>3</w:t>
            </w:r>
            <w:r>
              <w:rPr>
                <w:sz w:val="20"/>
                <w:szCs w:val="20"/>
              </w:rPr>
              <w:t xml:space="preserve">         </w:t>
            </w:r>
            <w:r w:rsidR="002F3AA5">
              <w:rPr>
                <w:sz w:val="20"/>
                <w:szCs w:val="20"/>
              </w:rPr>
              <w:t>1</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5685E221" w:rsidR="00172C8A" w:rsidRDefault="00172C8A" w:rsidP="00D870E1">
      <w:pPr>
        <w:spacing w:after="0" w:line="240" w:lineRule="auto"/>
        <w:rPr>
          <w:sz w:val="20"/>
          <w:szCs w:val="20"/>
        </w:rPr>
      </w:pPr>
    </w:p>
    <w:tbl>
      <w:tblPr>
        <w:tblStyle w:val="TableGrid"/>
        <w:tblpPr w:leftFromText="180" w:rightFromText="180" w:vertAnchor="text" w:horzAnchor="margin" w:tblpY="-1"/>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905E3C" w:rsidRPr="00970133" w14:paraId="67C61320" w14:textId="77777777" w:rsidTr="00905E3C">
        <w:tc>
          <w:tcPr>
            <w:tcW w:w="10795" w:type="dxa"/>
            <w:vAlign w:val="center"/>
          </w:tcPr>
          <w:p w14:paraId="6569BE47" w14:textId="77777777" w:rsidR="00905E3C" w:rsidRDefault="00905E3C" w:rsidP="00905E3C">
            <w:pPr>
              <w:rPr>
                <w:sz w:val="20"/>
                <w:szCs w:val="20"/>
              </w:rPr>
            </w:pPr>
            <w:r>
              <w:rPr>
                <w:b/>
                <w:bCs/>
                <w:color w:val="0070C0"/>
                <w:sz w:val="24"/>
                <w:szCs w:val="24"/>
              </w:rPr>
              <w:t xml:space="preserve">OPTIONAL: </w:t>
            </w:r>
            <w:r w:rsidRPr="000B6C85">
              <w:rPr>
                <w:color w:val="0070C0"/>
                <w:sz w:val="24"/>
                <w:szCs w:val="24"/>
              </w:rPr>
              <w:t xml:space="preserve">COMPLETED NON-REQUIRED </w:t>
            </w:r>
            <w:r>
              <w:rPr>
                <w:color w:val="0070C0"/>
                <w:sz w:val="24"/>
                <w:szCs w:val="24"/>
              </w:rPr>
              <w:t xml:space="preserve">INTRODUCTORY </w:t>
            </w:r>
            <w:r w:rsidRPr="000B6C85">
              <w:rPr>
                <w:color w:val="0070C0"/>
                <w:sz w:val="24"/>
                <w:szCs w:val="24"/>
              </w:rPr>
              <w:t>COURSES</w:t>
            </w:r>
          </w:p>
          <w:p w14:paraId="24B5A6A0" w14:textId="77777777" w:rsidR="00905E3C" w:rsidRPr="00970133" w:rsidRDefault="00905E3C" w:rsidP="00905E3C">
            <w:pPr>
              <w:rPr>
                <w:sz w:val="20"/>
                <w:szCs w:val="20"/>
              </w:rPr>
            </w:pPr>
            <w:r w:rsidRPr="00027654">
              <w:rPr>
                <w:sz w:val="20"/>
                <w:szCs w:val="20"/>
              </w:rPr>
              <w:t xml:space="preserve">All courses listed are ICC courses. See the ICC college catalog for course descriptions. </w:t>
            </w:r>
          </w:p>
        </w:tc>
      </w:tr>
      <w:tr w:rsidR="00905E3C" w:rsidRPr="00027654" w14:paraId="774BAC74" w14:textId="77777777" w:rsidTr="00905E3C">
        <w:tc>
          <w:tcPr>
            <w:tcW w:w="10795" w:type="dxa"/>
          </w:tcPr>
          <w:p w14:paraId="34D8AC03" w14:textId="77777777" w:rsidR="00905E3C" w:rsidRPr="00027654" w:rsidRDefault="00905E3C" w:rsidP="00905E3C">
            <w:pPr>
              <w:rPr>
                <w:sz w:val="20"/>
                <w:szCs w:val="20"/>
              </w:rPr>
            </w:pPr>
            <w:r w:rsidRPr="00027654">
              <w:rPr>
                <w:sz w:val="20"/>
                <w:szCs w:val="20"/>
              </w:rPr>
              <w:t xml:space="preserve">Score 2 points if completed </w:t>
            </w:r>
            <w:r w:rsidRPr="002F3AA5">
              <w:rPr>
                <w:b/>
                <w:bCs/>
                <w:sz w:val="20"/>
                <w:szCs w:val="20"/>
              </w:rPr>
              <w:t>Patient Access Representative</w:t>
            </w:r>
            <w:r w:rsidRPr="00DB7F83">
              <w:rPr>
                <w:b/>
                <w:bCs/>
                <w:sz w:val="20"/>
                <w:szCs w:val="20"/>
              </w:rPr>
              <w:t xml:space="preserve"> Certificate</w:t>
            </w:r>
            <w:r>
              <w:rPr>
                <w:b/>
                <w:bCs/>
                <w:sz w:val="20"/>
                <w:szCs w:val="20"/>
              </w:rPr>
              <w:t>/Diploma</w:t>
            </w:r>
            <w:r>
              <w:rPr>
                <w:sz w:val="20"/>
                <w:szCs w:val="20"/>
              </w:rPr>
              <w:t>. **</w:t>
            </w:r>
          </w:p>
        </w:tc>
      </w:tr>
      <w:tr w:rsidR="00905E3C" w:rsidRPr="00794875" w14:paraId="3E8ACAF0" w14:textId="77777777" w:rsidTr="00905E3C">
        <w:trPr>
          <w:trHeight w:val="332"/>
        </w:trPr>
        <w:tc>
          <w:tcPr>
            <w:tcW w:w="10795" w:type="dxa"/>
          </w:tcPr>
          <w:p w14:paraId="2D23D547" w14:textId="77777777" w:rsidR="00905E3C" w:rsidRDefault="00905E3C" w:rsidP="00905E3C">
            <w:pPr>
              <w:rPr>
                <w:sz w:val="20"/>
                <w:szCs w:val="20"/>
              </w:rPr>
            </w:pPr>
            <w:r w:rsidRPr="00027654">
              <w:rPr>
                <w:b/>
                <w:bCs/>
                <w:noProof/>
                <w:sz w:val="20"/>
                <w:szCs w:val="20"/>
                <w:u w:val="single"/>
              </w:rPr>
              <mc:AlternateContent>
                <mc:Choice Requires="wps">
                  <w:drawing>
                    <wp:anchor distT="0" distB="0" distL="114300" distR="114300" simplePos="0" relativeHeight="251691008" behindDoc="0" locked="0" layoutInCell="1" allowOverlap="1" wp14:anchorId="6D983E90" wp14:editId="04A5114D">
                      <wp:simplePos x="0" y="0"/>
                      <wp:positionH relativeFrom="column">
                        <wp:posOffset>822325</wp:posOffset>
                      </wp:positionH>
                      <wp:positionV relativeFrom="paragraph">
                        <wp:posOffset>125730</wp:posOffset>
                      </wp:positionV>
                      <wp:extent cx="619125" cy="142875"/>
                      <wp:effectExtent l="57150" t="19050" r="85725" b="104775"/>
                      <wp:wrapNone/>
                      <wp:docPr id="17" name="Rectangle 17"/>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C2EA5" id="Rectangle 17" o:spid="_x0000_s1026" style="position:absolute;margin-left:64.75pt;margin-top:9.9pt;width:48.75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3Q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p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p>
          <w:p w14:paraId="52B9D770" w14:textId="77777777" w:rsidR="00905E3C" w:rsidRPr="00794875" w:rsidRDefault="00905E3C" w:rsidP="00905E3C">
            <w:pPr>
              <w:rPr>
                <w:b/>
                <w:bCs/>
                <w:sz w:val="20"/>
                <w:szCs w:val="20"/>
              </w:rPr>
            </w:pPr>
            <w:r w:rsidRPr="00027654">
              <w:rPr>
                <w:sz w:val="20"/>
                <w:szCs w:val="20"/>
              </w:rPr>
              <w:t>YOUR POINTS:</w:t>
            </w:r>
            <w:r>
              <w:rPr>
                <w:sz w:val="20"/>
                <w:szCs w:val="20"/>
              </w:rPr>
              <w:t xml:space="preserve">                             </w:t>
            </w:r>
            <w:r w:rsidRPr="00794875">
              <w:rPr>
                <w:sz w:val="20"/>
                <w:szCs w:val="20"/>
              </w:rPr>
              <w:t>(</w:t>
            </w:r>
            <w:r>
              <w:rPr>
                <w:sz w:val="20"/>
                <w:szCs w:val="20"/>
              </w:rPr>
              <w:t>Point total can be 0 or 2 only)</w:t>
            </w:r>
          </w:p>
        </w:tc>
      </w:tr>
    </w:tbl>
    <w:tbl>
      <w:tblPr>
        <w:tblStyle w:val="TableGrid"/>
        <w:tblpPr w:leftFromText="180" w:rightFromText="180" w:vertAnchor="text" w:horzAnchor="margin" w:tblpY="90"/>
        <w:tblW w:w="10795" w:type="dxa"/>
        <w:tblLook w:val="04A0" w:firstRow="1" w:lastRow="0" w:firstColumn="1" w:lastColumn="0" w:noHBand="0" w:noVBand="1"/>
      </w:tblPr>
      <w:tblGrid>
        <w:gridCol w:w="5190"/>
        <w:gridCol w:w="5605"/>
      </w:tblGrid>
      <w:tr w:rsidR="00905E3C" w:rsidRPr="00970133" w14:paraId="62827DD9" w14:textId="77777777" w:rsidTr="00905E3C">
        <w:tc>
          <w:tcPr>
            <w:tcW w:w="10795" w:type="dxa"/>
            <w:gridSpan w:val="2"/>
            <w:tcBorders>
              <w:top w:val="single" w:sz="24" w:space="0" w:color="002060"/>
              <w:left w:val="single" w:sz="24" w:space="0" w:color="002060"/>
              <w:right w:val="single" w:sz="24" w:space="0" w:color="002060"/>
            </w:tcBorders>
            <w:vAlign w:val="center"/>
          </w:tcPr>
          <w:p w14:paraId="78D0293E" w14:textId="77777777" w:rsidR="00905E3C" w:rsidRPr="000B6C85" w:rsidRDefault="00905E3C" w:rsidP="00905E3C">
            <w:pPr>
              <w:rPr>
                <w:color w:val="0070C0"/>
                <w:sz w:val="24"/>
                <w:szCs w:val="24"/>
              </w:rPr>
            </w:pPr>
            <w:r>
              <w:rPr>
                <w:b/>
                <w:bCs/>
                <w:color w:val="0070C0"/>
                <w:sz w:val="24"/>
                <w:szCs w:val="24"/>
              </w:rPr>
              <w:t xml:space="preserve">OPTIONAL: </w:t>
            </w:r>
            <w:r w:rsidRPr="000B6C85">
              <w:rPr>
                <w:color w:val="0070C0"/>
                <w:sz w:val="24"/>
                <w:szCs w:val="24"/>
              </w:rPr>
              <w:t>PREVIOUS HEALTHCARE EXPERIENCE</w:t>
            </w:r>
          </w:p>
          <w:p w14:paraId="64CB3378" w14:textId="77777777" w:rsidR="00905E3C" w:rsidRPr="00970133" w:rsidRDefault="00905E3C" w:rsidP="00905E3C">
            <w:pPr>
              <w:rPr>
                <w:sz w:val="20"/>
                <w:szCs w:val="20"/>
              </w:rPr>
            </w:pPr>
            <w:r w:rsidRPr="00027654">
              <w:rPr>
                <w:sz w:val="20"/>
                <w:szCs w:val="20"/>
              </w:rPr>
              <w:t>Speak with admissions to verify whether your experience and/or certification qualifies.</w:t>
            </w:r>
          </w:p>
        </w:tc>
      </w:tr>
      <w:tr w:rsidR="00905E3C" w:rsidRPr="00027654" w14:paraId="6CF7474A" w14:textId="77777777" w:rsidTr="00905E3C">
        <w:tc>
          <w:tcPr>
            <w:tcW w:w="5190" w:type="dxa"/>
            <w:tcBorders>
              <w:left w:val="single" w:sz="24" w:space="0" w:color="002060"/>
            </w:tcBorders>
          </w:tcPr>
          <w:p w14:paraId="4322E651" w14:textId="77777777" w:rsidR="00905E3C" w:rsidRDefault="00905E3C" w:rsidP="00905E3C">
            <w:pPr>
              <w:rPr>
                <w:sz w:val="20"/>
                <w:szCs w:val="20"/>
              </w:rPr>
            </w:pPr>
            <w:r w:rsidRPr="00794875">
              <w:rPr>
                <w:b/>
                <w:bCs/>
                <w:sz w:val="20"/>
                <w:szCs w:val="20"/>
              </w:rPr>
              <w:t>Healthcare Work Experience</w:t>
            </w:r>
            <w:r w:rsidRPr="00027654">
              <w:rPr>
                <w:sz w:val="20"/>
                <w:szCs w:val="20"/>
              </w:rPr>
              <w:t>**</w:t>
            </w:r>
          </w:p>
          <w:p w14:paraId="2CEA8E43" w14:textId="1A6D891E" w:rsidR="00905E3C" w:rsidRPr="00027654" w:rsidRDefault="00905E3C" w:rsidP="00905E3C">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3D607C34" w14:textId="77777777" w:rsidR="00905E3C" w:rsidRDefault="00905E3C" w:rsidP="00905E3C">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3989A4E4" w14:textId="77777777" w:rsidR="00905E3C" w:rsidRDefault="00905E3C" w:rsidP="00905E3C">
            <w:pPr>
              <w:rPr>
                <w:sz w:val="20"/>
                <w:szCs w:val="20"/>
              </w:rPr>
            </w:pPr>
          </w:p>
          <w:p w14:paraId="70879C09" w14:textId="77777777" w:rsidR="00905E3C" w:rsidRDefault="00905E3C" w:rsidP="00905E3C">
            <w:pPr>
              <w:rPr>
                <w:sz w:val="20"/>
                <w:szCs w:val="20"/>
              </w:rPr>
            </w:pPr>
            <w:r>
              <w:rPr>
                <w:sz w:val="20"/>
                <w:szCs w:val="20"/>
              </w:rPr>
              <w:t>Examples include: CNA, CMA, EMT, Paramedic, LPN, etc.</w:t>
            </w:r>
          </w:p>
          <w:p w14:paraId="1D7A03FA" w14:textId="77777777" w:rsidR="00905E3C" w:rsidRPr="00027654" w:rsidRDefault="00905E3C" w:rsidP="00905E3C">
            <w:pPr>
              <w:rPr>
                <w:sz w:val="20"/>
                <w:szCs w:val="20"/>
              </w:rPr>
            </w:pPr>
            <w:r>
              <w:rPr>
                <w:sz w:val="20"/>
                <w:szCs w:val="20"/>
              </w:rPr>
              <w:t xml:space="preserve">Specific to discipline: </w:t>
            </w:r>
            <w:proofErr w:type="spellStart"/>
            <w:r>
              <w:rPr>
                <w:sz w:val="20"/>
                <w:szCs w:val="20"/>
              </w:rPr>
              <w:t>CCA</w:t>
            </w:r>
            <w:proofErr w:type="spellEnd"/>
            <w:r>
              <w:rPr>
                <w:sz w:val="20"/>
                <w:szCs w:val="20"/>
              </w:rPr>
              <w:t>, CCS, CPC.</w:t>
            </w:r>
          </w:p>
        </w:tc>
      </w:tr>
      <w:tr w:rsidR="00905E3C" w:rsidRPr="00794875" w14:paraId="18E104F4" w14:textId="77777777" w:rsidTr="00905E3C">
        <w:trPr>
          <w:trHeight w:val="332"/>
        </w:trPr>
        <w:tc>
          <w:tcPr>
            <w:tcW w:w="10795" w:type="dxa"/>
            <w:gridSpan w:val="2"/>
            <w:tcBorders>
              <w:left w:val="single" w:sz="24" w:space="0" w:color="002060"/>
              <w:bottom w:val="single" w:sz="24" w:space="0" w:color="002060"/>
              <w:right w:val="single" w:sz="24" w:space="0" w:color="002060"/>
            </w:tcBorders>
          </w:tcPr>
          <w:p w14:paraId="6576C7EF" w14:textId="2425DAF6" w:rsidR="00905E3C" w:rsidRPr="00794875" w:rsidRDefault="00905E3C" w:rsidP="00905E3C">
            <w:pPr>
              <w:rPr>
                <w:b/>
                <w:bCs/>
                <w:sz w:val="20"/>
                <w:szCs w:val="20"/>
              </w:rPr>
            </w:pPr>
            <w:r w:rsidRPr="00027654">
              <w:rPr>
                <w:b/>
                <w:bCs/>
                <w:noProof/>
                <w:sz w:val="20"/>
                <w:szCs w:val="20"/>
                <w:u w:val="single"/>
              </w:rPr>
              <mc:AlternateContent>
                <mc:Choice Requires="wps">
                  <w:drawing>
                    <wp:anchor distT="0" distB="0" distL="114300" distR="114300" simplePos="0" relativeHeight="251693056" behindDoc="0" locked="0" layoutInCell="1" allowOverlap="1" wp14:anchorId="0B87B20D" wp14:editId="6FC6530B">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E7AB7" id="Rectangle 19" o:spid="_x0000_s1026" style="position:absolute;margin-left:66.1pt;margin-top:1.35pt;width:48.75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4E69BD02" w14:textId="48A42CB4" w:rsidR="00D870E1" w:rsidRDefault="00905E3C" w:rsidP="00D870E1">
      <w:pPr>
        <w:spacing w:after="0" w:line="240" w:lineRule="auto"/>
        <w:rPr>
          <w:sz w:val="20"/>
          <w:szCs w:val="20"/>
        </w:rPr>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1CC870E8">
                <wp:simplePos x="0" y="0"/>
                <wp:positionH relativeFrom="column">
                  <wp:posOffset>1609725</wp:posOffset>
                </wp:positionH>
                <wp:positionV relativeFrom="paragraph">
                  <wp:posOffset>29845</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1FD0D" id="Rectangle 11" o:spid="_x0000_s1026" style="position:absolute;margin-left:126.75pt;margin-top:2.35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00A22693" w:rsidRPr="00906FD7">
        <w:rPr>
          <w:b/>
          <w:bCs/>
        </w:rPr>
        <w:t>TOTAL POINTS EARNED</w:t>
      </w:r>
      <w:r w:rsidR="00A22693">
        <w:t>:</w:t>
      </w:r>
      <w:r w:rsidR="00906FD7">
        <w:t xml:space="preserve"> </w:t>
      </w:r>
      <w:r w:rsidR="00906FD7">
        <w:rPr>
          <w:sz w:val="20"/>
          <w:szCs w:val="20"/>
        </w:rPr>
        <w:br/>
      </w:r>
    </w:p>
    <w:p w14:paraId="1A19A0D0" w14:textId="77777777" w:rsidR="00DA726E" w:rsidRDefault="002443E0" w:rsidP="00D870E1">
      <w:pPr>
        <w:spacing w:after="0" w:line="240" w:lineRule="auto"/>
        <w:rPr>
          <w:sz w:val="24"/>
          <w:szCs w:val="24"/>
        </w:rPr>
      </w:pPr>
      <w:r w:rsidRPr="00906FD7">
        <w:rPr>
          <w:sz w:val="20"/>
          <w:szCs w:val="20"/>
        </w:rPr>
        <w:t>**Supporting documentation must accompany your application.</w:t>
      </w:r>
      <w:r w:rsidR="00DA726E">
        <w:rPr>
          <w:sz w:val="24"/>
          <w:szCs w:val="24"/>
        </w:rPr>
        <w:t xml:space="preserve"> </w:t>
      </w:r>
    </w:p>
    <w:p w14:paraId="15FEA18B" w14:textId="58DC64F3" w:rsidR="00923BA8" w:rsidRPr="00DA726E" w:rsidRDefault="002443E0" w:rsidP="00D870E1">
      <w:pPr>
        <w:spacing w:after="0" w:line="240" w:lineRule="auto"/>
        <w:rPr>
          <w:sz w:val="24"/>
          <w:szCs w:val="24"/>
        </w:rPr>
      </w:pPr>
      <w:r w:rsidRPr="002443E0">
        <w:rPr>
          <w:sz w:val="20"/>
          <w:szCs w:val="20"/>
        </w:rPr>
        <w:t xml:space="preserve">Please </w:t>
      </w:r>
      <w:r w:rsidR="00D507B3">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DA726E"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1A37F" w14:textId="77777777" w:rsidR="00147F01" w:rsidRDefault="00147F01" w:rsidP="008F4992">
      <w:pPr>
        <w:spacing w:after="0" w:line="240" w:lineRule="auto"/>
      </w:pPr>
      <w:r>
        <w:separator/>
      </w:r>
    </w:p>
  </w:endnote>
  <w:endnote w:type="continuationSeparator" w:id="0">
    <w:p w14:paraId="1DB57499" w14:textId="77777777" w:rsidR="00147F01" w:rsidRDefault="00147F01"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DA18" w14:textId="7C29A122" w:rsidR="00905E3C" w:rsidRPr="00092547" w:rsidRDefault="00092547" w:rsidP="00092547">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21279" w14:textId="77777777" w:rsidR="00147F01" w:rsidRDefault="00147F01" w:rsidP="008F4992">
      <w:pPr>
        <w:spacing w:after="0" w:line="240" w:lineRule="auto"/>
      </w:pPr>
      <w:r>
        <w:separator/>
      </w:r>
    </w:p>
  </w:footnote>
  <w:footnote w:type="continuationSeparator" w:id="0">
    <w:p w14:paraId="5F3DC23B" w14:textId="77777777" w:rsidR="00147F01" w:rsidRDefault="00147F01"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92547"/>
    <w:rsid w:val="000B6C85"/>
    <w:rsid w:val="000C7EFF"/>
    <w:rsid w:val="001228B5"/>
    <w:rsid w:val="00132341"/>
    <w:rsid w:val="00147F01"/>
    <w:rsid w:val="0015074B"/>
    <w:rsid w:val="00172C8A"/>
    <w:rsid w:val="00190FE2"/>
    <w:rsid w:val="001B4995"/>
    <w:rsid w:val="001C6802"/>
    <w:rsid w:val="00234A57"/>
    <w:rsid w:val="002443E0"/>
    <w:rsid w:val="0029639D"/>
    <w:rsid w:val="002F3AA5"/>
    <w:rsid w:val="00326F90"/>
    <w:rsid w:val="003439B9"/>
    <w:rsid w:val="003C0991"/>
    <w:rsid w:val="003D530E"/>
    <w:rsid w:val="004573E5"/>
    <w:rsid w:val="004F42DE"/>
    <w:rsid w:val="00553A35"/>
    <w:rsid w:val="00562D1E"/>
    <w:rsid w:val="005C3A2F"/>
    <w:rsid w:val="005D16CB"/>
    <w:rsid w:val="005F5AB9"/>
    <w:rsid w:val="005F5D77"/>
    <w:rsid w:val="00625630"/>
    <w:rsid w:val="0064453A"/>
    <w:rsid w:val="00696442"/>
    <w:rsid w:val="006A3161"/>
    <w:rsid w:val="007141B1"/>
    <w:rsid w:val="00783A42"/>
    <w:rsid w:val="0079135A"/>
    <w:rsid w:val="00794875"/>
    <w:rsid w:val="007A6A81"/>
    <w:rsid w:val="007B5500"/>
    <w:rsid w:val="008010C0"/>
    <w:rsid w:val="008826F5"/>
    <w:rsid w:val="008D7F34"/>
    <w:rsid w:val="008F4992"/>
    <w:rsid w:val="00905E3C"/>
    <w:rsid w:val="00906FD7"/>
    <w:rsid w:val="00923BA8"/>
    <w:rsid w:val="00945422"/>
    <w:rsid w:val="00956E9E"/>
    <w:rsid w:val="00970133"/>
    <w:rsid w:val="009822FD"/>
    <w:rsid w:val="009B2655"/>
    <w:rsid w:val="009C0640"/>
    <w:rsid w:val="009D76D4"/>
    <w:rsid w:val="00A22693"/>
    <w:rsid w:val="00A424BF"/>
    <w:rsid w:val="00A52D62"/>
    <w:rsid w:val="00A7474A"/>
    <w:rsid w:val="00A92842"/>
    <w:rsid w:val="00AA1D8D"/>
    <w:rsid w:val="00AB0382"/>
    <w:rsid w:val="00AE5A8B"/>
    <w:rsid w:val="00B3442E"/>
    <w:rsid w:val="00B47730"/>
    <w:rsid w:val="00B75D0D"/>
    <w:rsid w:val="00B96E58"/>
    <w:rsid w:val="00BA21ED"/>
    <w:rsid w:val="00CB0664"/>
    <w:rsid w:val="00CC5A71"/>
    <w:rsid w:val="00D04961"/>
    <w:rsid w:val="00D507B3"/>
    <w:rsid w:val="00D60743"/>
    <w:rsid w:val="00D6178A"/>
    <w:rsid w:val="00D73692"/>
    <w:rsid w:val="00D870E1"/>
    <w:rsid w:val="00D95CEF"/>
    <w:rsid w:val="00DA726E"/>
    <w:rsid w:val="00EC66EB"/>
    <w:rsid w:val="00F27E12"/>
    <w:rsid w:val="00F50580"/>
    <w:rsid w:val="00F84037"/>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4F42DE"/>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1728">
      <w:bodyDiv w:val="1"/>
      <w:marLeft w:val="0"/>
      <w:marRight w:val="0"/>
      <w:marTop w:val="0"/>
      <w:marBottom w:val="0"/>
      <w:divBdr>
        <w:top w:val="none" w:sz="0" w:space="0" w:color="auto"/>
        <w:left w:val="none" w:sz="0" w:space="0" w:color="auto"/>
        <w:bottom w:val="none" w:sz="0" w:space="0" w:color="auto"/>
        <w:right w:val="none" w:sz="0" w:space="0" w:color="auto"/>
      </w:divBdr>
    </w:div>
    <w:div w:id="732461014">
      <w:bodyDiv w:val="1"/>
      <w:marLeft w:val="0"/>
      <w:marRight w:val="0"/>
      <w:marTop w:val="0"/>
      <w:marBottom w:val="0"/>
      <w:divBdr>
        <w:top w:val="none" w:sz="0" w:space="0" w:color="auto"/>
        <w:left w:val="none" w:sz="0" w:space="0" w:color="auto"/>
        <w:bottom w:val="none" w:sz="0" w:space="0" w:color="auto"/>
        <w:right w:val="none" w:sz="0" w:space="0" w:color="auto"/>
      </w:divBdr>
    </w:div>
    <w:div w:id="1387070604">
      <w:bodyDiv w:val="1"/>
      <w:marLeft w:val="0"/>
      <w:marRight w:val="0"/>
      <w:marTop w:val="0"/>
      <w:marBottom w:val="0"/>
      <w:divBdr>
        <w:top w:val="none" w:sz="0" w:space="0" w:color="auto"/>
        <w:left w:val="none" w:sz="0" w:space="0" w:color="auto"/>
        <w:bottom w:val="none" w:sz="0" w:space="0" w:color="auto"/>
        <w:right w:val="none" w:sz="0" w:space="0" w:color="auto"/>
      </w:divBdr>
    </w:div>
    <w:div w:id="15923940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10</cp:revision>
  <cp:lastPrinted>2025-05-20T16:55:00Z</cp:lastPrinted>
  <dcterms:created xsi:type="dcterms:W3CDTF">2025-05-22T15:23:00Z</dcterms:created>
  <dcterms:modified xsi:type="dcterms:W3CDTF">2026-10-02T19:51:00Z</dcterms:modified>
  <cp:category/>
</cp:coreProperties>
</file>