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79DC594A" w:rsidR="00945422" w:rsidRPr="00027654" w:rsidRDefault="00A424BF" w:rsidP="00906FD7">
      <w:pPr>
        <w:pStyle w:val="Title"/>
        <w:spacing w:after="0"/>
        <w:jc w:val="center"/>
        <w:rPr>
          <w:sz w:val="40"/>
          <w:szCs w:val="40"/>
        </w:rPr>
      </w:pPr>
      <w:r>
        <w:rPr>
          <w:sz w:val="40"/>
          <w:szCs w:val="40"/>
        </w:rPr>
        <w:t>LICENSED PRACTICAL NURS</w:t>
      </w:r>
      <w:r w:rsidR="00273FC7">
        <w:rPr>
          <w:sz w:val="40"/>
          <w:szCs w:val="40"/>
        </w:rPr>
        <w:t>E</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0B6C85" w:rsidRDefault="000B6C85" w:rsidP="000B6C85">
      <w:pPr>
        <w:spacing w:after="0" w:line="240" w:lineRule="auto"/>
        <w:jc w:val="center"/>
        <w:rPr>
          <w:b/>
          <w:bCs/>
          <w:color w:val="0070C0"/>
          <w:sz w:val="28"/>
          <w:szCs w:val="28"/>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C35211" w:rsidRDefault="007A6A81" w:rsidP="00A52D62">
      <w:pPr>
        <w:spacing w:after="0" w:line="240" w:lineRule="auto"/>
      </w:pPr>
      <w:r w:rsidRPr="00C35211">
        <w:t>Must meet all requirements listed in this section to be eligible for the program.</w:t>
      </w:r>
    </w:p>
    <w:p w14:paraId="2AA0F35A" w14:textId="5051FDDB" w:rsidR="009822FD" w:rsidRPr="00C35211" w:rsidRDefault="00A52D62" w:rsidP="001C6802">
      <w:pPr>
        <w:pStyle w:val="ListParagraph"/>
        <w:numPr>
          <w:ilvl w:val="0"/>
          <w:numId w:val="12"/>
        </w:numPr>
        <w:spacing w:after="0" w:line="240" w:lineRule="auto"/>
      </w:pPr>
      <w:bookmarkStart w:id="0" w:name="_Hlk198711934"/>
      <w:r w:rsidRPr="00C35211">
        <w:rPr>
          <w:b/>
          <w:bCs/>
        </w:rPr>
        <w:t xml:space="preserve">High </w:t>
      </w:r>
      <w:r w:rsidR="0079135A" w:rsidRPr="00C35211">
        <w:rPr>
          <w:b/>
          <w:bCs/>
        </w:rPr>
        <w:t xml:space="preserve">school </w:t>
      </w:r>
      <w:r w:rsidRPr="00C35211">
        <w:rPr>
          <w:b/>
          <w:bCs/>
        </w:rPr>
        <w:t xml:space="preserve">senior </w:t>
      </w:r>
      <w:r w:rsidR="0079135A" w:rsidRPr="00C35211">
        <w:rPr>
          <w:b/>
          <w:bCs/>
        </w:rPr>
        <w:t xml:space="preserve">or high school graduate </w:t>
      </w:r>
      <w:r w:rsidRPr="00C35211">
        <w:rPr>
          <w:b/>
          <w:bCs/>
        </w:rPr>
        <w:t>with a high school GPA 2.7 or higher</w:t>
      </w:r>
      <w:bookmarkEnd w:id="0"/>
      <w:r w:rsidRPr="00C35211">
        <w:t xml:space="preserve"> </w:t>
      </w:r>
      <w:r w:rsidR="0079135A" w:rsidRPr="00C35211">
        <w:rPr>
          <w:b/>
          <w:bCs/>
        </w:rPr>
        <w:t>on a 4.0 scale</w:t>
      </w:r>
    </w:p>
    <w:p w14:paraId="247CD4E4" w14:textId="36537BB6" w:rsidR="00CC5A71" w:rsidRPr="00C35211" w:rsidRDefault="001C6802" w:rsidP="009822FD">
      <w:pPr>
        <w:pStyle w:val="ListParagraph"/>
        <w:spacing w:after="0" w:line="240" w:lineRule="auto"/>
      </w:pPr>
      <w:r w:rsidRPr="00C35211">
        <w:t xml:space="preserve">(Requirement may also be met with </w:t>
      </w:r>
      <w:r w:rsidR="00ED1709" w:rsidRPr="00C35211">
        <w:t>5</w:t>
      </w:r>
      <w:r w:rsidR="00A52D62" w:rsidRPr="00C35211">
        <w:t xml:space="preserve"> college credit hours with a grade of C or better</w:t>
      </w:r>
      <w:r w:rsidRPr="00C35211">
        <w:t>, if student has GED or below the 2.7 GPA</w:t>
      </w:r>
      <w:r w:rsidR="00D870E1" w:rsidRPr="00C35211">
        <w:t xml:space="preserve"> for high school.</w:t>
      </w:r>
      <w:r w:rsidRPr="00C35211">
        <w:t>)</w:t>
      </w:r>
    </w:p>
    <w:p w14:paraId="4BFD3D7D" w14:textId="29D016B6" w:rsidR="00096434" w:rsidRDefault="00096434" w:rsidP="00096434">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4D2CC6A4" w14:textId="77777777" w:rsidR="00096434" w:rsidRDefault="00096434" w:rsidP="00096434">
      <w:pPr>
        <w:pStyle w:val="ListParagraph"/>
        <w:spacing w:after="0" w:line="240" w:lineRule="auto"/>
      </w:pPr>
      <w:r>
        <w:t>(If student has ICC college credit)</w:t>
      </w:r>
    </w:p>
    <w:p w14:paraId="57A777F1" w14:textId="77777777" w:rsidR="009822FD" w:rsidRPr="00C35211" w:rsidRDefault="00A52D62" w:rsidP="001C6802">
      <w:pPr>
        <w:pStyle w:val="ListParagraph"/>
        <w:numPr>
          <w:ilvl w:val="0"/>
          <w:numId w:val="12"/>
        </w:numPr>
        <w:spacing w:after="0" w:line="240" w:lineRule="auto"/>
      </w:pPr>
      <w:r w:rsidRPr="00C35211">
        <w:rPr>
          <w:b/>
          <w:bCs/>
        </w:rPr>
        <w:t>Cumulative College GPA 2.0 or higher</w:t>
      </w:r>
      <w:r w:rsidRPr="00C35211">
        <w:t xml:space="preserve"> </w:t>
      </w:r>
    </w:p>
    <w:p w14:paraId="1810E1CB" w14:textId="77777777" w:rsidR="00C77E2D" w:rsidRPr="00C35211" w:rsidRDefault="00A52D62" w:rsidP="009822FD">
      <w:pPr>
        <w:pStyle w:val="ListParagraph"/>
        <w:spacing w:after="0" w:line="240" w:lineRule="auto"/>
      </w:pPr>
      <w:r w:rsidRPr="00C35211">
        <w:t>Cumulative GPA is calculated by all points earned between all colleges divided by hours attempted for all courses taken.</w:t>
      </w:r>
      <w:r w:rsidR="00D870E1" w:rsidRPr="00C35211">
        <w:t xml:space="preserve"> (This requirement is waived for current high school seniors, if they do not have a college GPA established.)</w:t>
      </w:r>
    </w:p>
    <w:p w14:paraId="679EFC79" w14:textId="7EC8F667" w:rsidR="00A52D62" w:rsidRPr="00C35211" w:rsidRDefault="00C77E2D" w:rsidP="00C77E2D">
      <w:pPr>
        <w:pStyle w:val="ListParagraph"/>
        <w:numPr>
          <w:ilvl w:val="0"/>
          <w:numId w:val="12"/>
        </w:numPr>
        <w:spacing w:after="0" w:line="240" w:lineRule="auto"/>
        <w:rPr>
          <w:b/>
          <w:bCs/>
        </w:rPr>
      </w:pPr>
      <w:r w:rsidRPr="00C35211">
        <w:rPr>
          <w:b/>
          <w:bCs/>
        </w:rPr>
        <w:t>Certified Nursing Assistant (CNA) Certification</w:t>
      </w:r>
    </w:p>
    <w:p w14:paraId="7EA1CB85" w14:textId="77777777" w:rsidR="00C77E2D" w:rsidRPr="00C35211" w:rsidRDefault="00C77E2D" w:rsidP="00C77E2D">
      <w:pPr>
        <w:pStyle w:val="ListParagraph"/>
        <w:spacing w:after="0" w:line="240" w:lineRule="auto"/>
        <w:rPr>
          <w:b/>
          <w:bCs/>
        </w:rPr>
      </w:pPr>
    </w:p>
    <w:p w14:paraId="4EF6F96E" w14:textId="3C1C128A" w:rsidR="00A52D62" w:rsidRPr="00C35211" w:rsidRDefault="00553A35" w:rsidP="00970133">
      <w:pPr>
        <w:spacing w:after="0" w:line="240" w:lineRule="auto"/>
      </w:pPr>
      <w:r w:rsidRPr="00C35211">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AE9CD26" w14:textId="77777777" w:rsidR="009D76D4" w:rsidRDefault="009D76D4" w:rsidP="00F21DB5">
            <w:pPr>
              <w:rPr>
                <w:sz w:val="20"/>
                <w:szCs w:val="20"/>
              </w:rPr>
            </w:pPr>
            <w:r>
              <w:rPr>
                <w:sz w:val="20"/>
                <w:szCs w:val="20"/>
              </w:rPr>
              <w:t>BIOL 140 – OR – BIOL 205 &amp; 206</w:t>
            </w:r>
          </w:p>
          <w:p w14:paraId="5AFFB577" w14:textId="6C9DF9FE" w:rsidR="00A424BF" w:rsidRDefault="00A424BF" w:rsidP="00F21DB5">
            <w:pPr>
              <w:rPr>
                <w:sz w:val="20"/>
                <w:szCs w:val="20"/>
              </w:rPr>
            </w:pPr>
            <w:r>
              <w:rPr>
                <w:sz w:val="20"/>
                <w:szCs w:val="20"/>
              </w:rPr>
              <w:t>ENGL 110</w:t>
            </w:r>
          </w:p>
          <w:p w14:paraId="038C7153" w14:textId="75C2E6D0" w:rsidR="00273FC7" w:rsidRDefault="00273FC7" w:rsidP="00F21DB5">
            <w:pPr>
              <w:rPr>
                <w:sz w:val="20"/>
                <w:szCs w:val="20"/>
              </w:rPr>
            </w:pPr>
            <w:r>
              <w:rPr>
                <w:sz w:val="20"/>
                <w:szCs w:val="20"/>
              </w:rPr>
              <w:t>HLTH 121</w:t>
            </w:r>
          </w:p>
          <w:p w14:paraId="3D3DB4CC" w14:textId="0A312925" w:rsidR="00A424BF" w:rsidRDefault="00A424BF" w:rsidP="00F21DB5">
            <w:pPr>
              <w:rPr>
                <w:sz w:val="20"/>
                <w:szCs w:val="20"/>
              </w:rPr>
            </w:pPr>
            <w:r>
              <w:rPr>
                <w:sz w:val="20"/>
                <w:szCs w:val="20"/>
              </w:rPr>
              <w:t>PSY 110</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565E4787" w14:textId="215A2010" w:rsidR="009D76D4" w:rsidRDefault="009D76D4" w:rsidP="00F21DB5">
            <w:pPr>
              <w:rPr>
                <w:sz w:val="20"/>
                <w:szCs w:val="20"/>
              </w:rPr>
            </w:pPr>
            <w:r>
              <w:rPr>
                <w:sz w:val="20"/>
                <w:szCs w:val="20"/>
              </w:rPr>
              <w:t xml:space="preserve">  </w:t>
            </w:r>
            <w:r w:rsidR="00D870E1">
              <w:rPr>
                <w:sz w:val="20"/>
                <w:szCs w:val="20"/>
              </w:rPr>
              <w:t xml:space="preserve">  </w:t>
            </w:r>
            <w:r w:rsidR="00273FC7">
              <w:rPr>
                <w:sz w:val="20"/>
                <w:szCs w:val="20"/>
              </w:rPr>
              <w:t>3         2         1</w:t>
            </w:r>
          </w:p>
          <w:p w14:paraId="640AFC83" w14:textId="05355FBB" w:rsidR="009D76D4" w:rsidRDefault="009D76D4" w:rsidP="00F21DB5">
            <w:pPr>
              <w:rPr>
                <w:sz w:val="20"/>
                <w:szCs w:val="20"/>
              </w:rPr>
            </w:pPr>
            <w:r>
              <w:rPr>
                <w:sz w:val="20"/>
                <w:szCs w:val="20"/>
              </w:rPr>
              <w:t xml:space="preserve">  </w:t>
            </w:r>
            <w:r w:rsidR="00D870E1">
              <w:rPr>
                <w:sz w:val="20"/>
                <w:szCs w:val="20"/>
              </w:rPr>
              <w:t xml:space="preserve">  </w:t>
            </w:r>
            <w:r w:rsidR="00273FC7">
              <w:rPr>
                <w:sz w:val="20"/>
                <w:szCs w:val="20"/>
              </w:rPr>
              <w:t>5         3         1</w:t>
            </w:r>
          </w:p>
          <w:p w14:paraId="58F70084" w14:textId="1B364516" w:rsidR="00A424BF" w:rsidRDefault="00A424BF" w:rsidP="00F21DB5">
            <w:pPr>
              <w:rPr>
                <w:sz w:val="20"/>
                <w:szCs w:val="20"/>
              </w:rPr>
            </w:pPr>
            <w:r>
              <w:rPr>
                <w:sz w:val="20"/>
                <w:szCs w:val="20"/>
              </w:rPr>
              <w:t xml:space="preserve">    3         2         1</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198CD085"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33CCE73" w:rsidR="00D870E1" w:rsidRDefault="00A22693" w:rsidP="00D870E1">
      <w:pPr>
        <w:spacing w:after="0" w:line="240" w:lineRule="auto"/>
        <w:rPr>
          <w:sz w:val="20"/>
          <w:szCs w:val="20"/>
        </w:rPr>
      </w:pPr>
      <w:r w:rsidRPr="00906FD7">
        <w:rPr>
          <w:b/>
          <w:bCs/>
        </w:rPr>
        <w:t>TOTAL POINTS EARNED</w:t>
      </w:r>
      <w:r>
        <w:t>:</w:t>
      </w:r>
      <w:r w:rsidR="00906FD7">
        <w:t xml:space="preserve"> </w:t>
      </w:r>
    </w:p>
    <w:p w14:paraId="27C974E8" w14:textId="77777777" w:rsidR="00C35211" w:rsidRDefault="00C35211" w:rsidP="00D870E1">
      <w:pPr>
        <w:spacing w:after="0" w:line="240" w:lineRule="auto"/>
        <w:rPr>
          <w:sz w:val="20"/>
          <w:szCs w:val="20"/>
        </w:rPr>
      </w:pPr>
    </w:p>
    <w:p w14:paraId="1D02BB3C" w14:textId="648D9CE9" w:rsidR="00906FD7" w:rsidRPr="00C35211" w:rsidRDefault="002443E0" w:rsidP="00D870E1">
      <w:pPr>
        <w:spacing w:after="0" w:line="240" w:lineRule="auto"/>
      </w:pPr>
      <w:r w:rsidRPr="00C35211">
        <w:t>**Supporting documentation must accompany your application.</w:t>
      </w:r>
    </w:p>
    <w:p w14:paraId="0DC7D1C9" w14:textId="77777777" w:rsidR="00C35211" w:rsidRPr="00C35211" w:rsidRDefault="00C35211" w:rsidP="00D870E1">
      <w:pPr>
        <w:spacing w:after="0" w:line="240" w:lineRule="auto"/>
      </w:pPr>
    </w:p>
    <w:p w14:paraId="15FEA18B" w14:textId="7696AF16" w:rsidR="00923BA8" w:rsidRPr="00C35211" w:rsidRDefault="002443E0" w:rsidP="00D870E1">
      <w:pPr>
        <w:spacing w:after="0" w:line="240" w:lineRule="auto"/>
      </w:pPr>
      <w:r w:rsidRPr="00C35211">
        <w:t xml:space="preserve">Please </w:t>
      </w:r>
      <w:r w:rsidR="00273FC7" w:rsidRPr="00C35211">
        <w:t>review</w:t>
      </w:r>
      <w:r w:rsidRPr="00C35211">
        <w:t xml:space="preserve"> this form with the help of an admission representative – </w:t>
      </w:r>
      <w:hyperlink r:id="rId8" w:history="1">
        <w:r w:rsidR="00D870E1" w:rsidRPr="00C35211">
          <w:rPr>
            <w:rStyle w:val="Hyperlink"/>
          </w:rPr>
          <w:t>admissions@icc.edu</w:t>
        </w:r>
      </w:hyperlink>
      <w:r w:rsidRPr="00C35211">
        <w:t>, (309) 694-5200 or schedule an on-campus visit.</w:t>
      </w:r>
    </w:p>
    <w:sectPr w:rsidR="00923BA8" w:rsidRPr="00C35211"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774E9" w14:textId="77777777" w:rsidR="00BF5097" w:rsidRDefault="00BF5097" w:rsidP="008F4992">
      <w:pPr>
        <w:spacing w:after="0" w:line="240" w:lineRule="auto"/>
      </w:pPr>
      <w:r>
        <w:separator/>
      </w:r>
    </w:p>
  </w:endnote>
  <w:endnote w:type="continuationSeparator" w:id="0">
    <w:p w14:paraId="5DE17079" w14:textId="77777777" w:rsidR="00BF5097" w:rsidRDefault="00BF5097"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46228" w14:textId="492845A0" w:rsidR="00C35211" w:rsidRPr="00F744B4" w:rsidRDefault="00F744B4" w:rsidP="00F744B4">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CE84A" w14:textId="77777777" w:rsidR="00BF5097" w:rsidRDefault="00BF5097" w:rsidP="008F4992">
      <w:pPr>
        <w:spacing w:after="0" w:line="240" w:lineRule="auto"/>
      </w:pPr>
      <w:r>
        <w:separator/>
      </w:r>
    </w:p>
  </w:footnote>
  <w:footnote w:type="continuationSeparator" w:id="0">
    <w:p w14:paraId="0669654D" w14:textId="77777777" w:rsidR="00BF5097" w:rsidRDefault="00BF5097"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33884C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96434"/>
    <w:rsid w:val="000B6C85"/>
    <w:rsid w:val="000C7EFF"/>
    <w:rsid w:val="001228B5"/>
    <w:rsid w:val="0015074B"/>
    <w:rsid w:val="00172C8A"/>
    <w:rsid w:val="00190FE2"/>
    <w:rsid w:val="001B4995"/>
    <w:rsid w:val="001C6802"/>
    <w:rsid w:val="00234A57"/>
    <w:rsid w:val="002443E0"/>
    <w:rsid w:val="00273FC7"/>
    <w:rsid w:val="0028083C"/>
    <w:rsid w:val="0029639D"/>
    <w:rsid w:val="00326F90"/>
    <w:rsid w:val="003439B9"/>
    <w:rsid w:val="003C0991"/>
    <w:rsid w:val="003D530E"/>
    <w:rsid w:val="004573E5"/>
    <w:rsid w:val="00553A35"/>
    <w:rsid w:val="00562D1E"/>
    <w:rsid w:val="005A0D31"/>
    <w:rsid w:val="005D16CB"/>
    <w:rsid w:val="005F5AB9"/>
    <w:rsid w:val="005F5D77"/>
    <w:rsid w:val="00625630"/>
    <w:rsid w:val="0064453A"/>
    <w:rsid w:val="00696442"/>
    <w:rsid w:val="006F74ED"/>
    <w:rsid w:val="007141B1"/>
    <w:rsid w:val="0079135A"/>
    <w:rsid w:val="00794875"/>
    <w:rsid w:val="00795D19"/>
    <w:rsid w:val="007A6A81"/>
    <w:rsid w:val="007B5500"/>
    <w:rsid w:val="008010C0"/>
    <w:rsid w:val="008826F5"/>
    <w:rsid w:val="008D7F34"/>
    <w:rsid w:val="008F4992"/>
    <w:rsid w:val="00906FD7"/>
    <w:rsid w:val="00923BA8"/>
    <w:rsid w:val="00945422"/>
    <w:rsid w:val="00970133"/>
    <w:rsid w:val="009822FD"/>
    <w:rsid w:val="009B2655"/>
    <w:rsid w:val="009D76D4"/>
    <w:rsid w:val="00A22693"/>
    <w:rsid w:val="00A424BF"/>
    <w:rsid w:val="00A52D62"/>
    <w:rsid w:val="00A7474A"/>
    <w:rsid w:val="00AA1D8D"/>
    <w:rsid w:val="00AB0382"/>
    <w:rsid w:val="00AE5A8B"/>
    <w:rsid w:val="00B47730"/>
    <w:rsid w:val="00B75D0D"/>
    <w:rsid w:val="00BF5097"/>
    <w:rsid w:val="00C35211"/>
    <w:rsid w:val="00C77E2D"/>
    <w:rsid w:val="00C80AC4"/>
    <w:rsid w:val="00CB0664"/>
    <w:rsid w:val="00CC5A71"/>
    <w:rsid w:val="00D60743"/>
    <w:rsid w:val="00D6178A"/>
    <w:rsid w:val="00D73692"/>
    <w:rsid w:val="00D870E1"/>
    <w:rsid w:val="00D95CEF"/>
    <w:rsid w:val="00EC66EB"/>
    <w:rsid w:val="00ED1709"/>
    <w:rsid w:val="00F0579A"/>
    <w:rsid w:val="00F40D97"/>
    <w:rsid w:val="00F50580"/>
    <w:rsid w:val="00F744B4"/>
    <w:rsid w:val="00F84037"/>
    <w:rsid w:val="00FB18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5A0D31"/>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825005">
      <w:bodyDiv w:val="1"/>
      <w:marLeft w:val="0"/>
      <w:marRight w:val="0"/>
      <w:marTop w:val="0"/>
      <w:marBottom w:val="0"/>
      <w:divBdr>
        <w:top w:val="none" w:sz="0" w:space="0" w:color="auto"/>
        <w:left w:val="none" w:sz="0" w:space="0" w:color="auto"/>
        <w:bottom w:val="none" w:sz="0" w:space="0" w:color="auto"/>
        <w:right w:val="none" w:sz="0" w:space="0" w:color="auto"/>
      </w:divBdr>
    </w:div>
    <w:div w:id="1249925278">
      <w:bodyDiv w:val="1"/>
      <w:marLeft w:val="0"/>
      <w:marRight w:val="0"/>
      <w:marTop w:val="0"/>
      <w:marBottom w:val="0"/>
      <w:divBdr>
        <w:top w:val="none" w:sz="0" w:space="0" w:color="auto"/>
        <w:left w:val="none" w:sz="0" w:space="0" w:color="auto"/>
        <w:bottom w:val="none" w:sz="0" w:space="0" w:color="auto"/>
        <w:right w:val="none" w:sz="0" w:space="0" w:color="auto"/>
      </w:divBdr>
    </w:div>
    <w:div w:id="14085288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10</cp:revision>
  <cp:lastPrinted>2025-05-20T16:55:00Z</cp:lastPrinted>
  <dcterms:created xsi:type="dcterms:W3CDTF">2025-05-22T14:04:00Z</dcterms:created>
  <dcterms:modified xsi:type="dcterms:W3CDTF">2026-10-02T19:53:00Z</dcterms:modified>
  <cp:category/>
</cp:coreProperties>
</file>