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4D9D1" w14:textId="6EF227D4" w:rsidR="00945422" w:rsidRPr="00027654" w:rsidRDefault="00A22693" w:rsidP="00906FD7">
      <w:pPr>
        <w:pStyle w:val="Title"/>
        <w:spacing w:after="0"/>
        <w:jc w:val="center"/>
        <w:rPr>
          <w:sz w:val="40"/>
          <w:szCs w:val="40"/>
        </w:rPr>
      </w:pPr>
      <w:r w:rsidRPr="00027654">
        <w:rPr>
          <w:sz w:val="40"/>
          <w:szCs w:val="40"/>
        </w:rPr>
        <w:t>DENTAL</w:t>
      </w:r>
      <w:r w:rsidR="00A52D62" w:rsidRPr="00027654">
        <w:rPr>
          <w:sz w:val="40"/>
          <w:szCs w:val="40"/>
        </w:rPr>
        <w:t xml:space="preserve"> HYGIENIST</w:t>
      </w:r>
    </w:p>
    <w:p w14:paraId="712706C1" w14:textId="7143885E" w:rsidR="000B6C85" w:rsidRPr="000B6C85" w:rsidRDefault="000B6C85" w:rsidP="000B6C85">
      <w:pPr>
        <w:spacing w:after="0" w:line="240" w:lineRule="auto"/>
        <w:jc w:val="center"/>
        <w:rPr>
          <w:color w:val="0070C0"/>
          <w:sz w:val="28"/>
          <w:szCs w:val="28"/>
        </w:rPr>
      </w:pPr>
      <w:r w:rsidRPr="000B6C85">
        <w:rPr>
          <w:color w:val="0070C0"/>
          <w:sz w:val="28"/>
          <w:szCs w:val="28"/>
        </w:rPr>
        <w:t>Illinois Central College</w:t>
      </w:r>
    </w:p>
    <w:p w14:paraId="33FB51CE" w14:textId="460D0779" w:rsidR="00A52D62" w:rsidRPr="000B6C85" w:rsidRDefault="000B6C85" w:rsidP="000B6C85">
      <w:pPr>
        <w:spacing w:after="0" w:line="240" w:lineRule="auto"/>
        <w:jc w:val="center"/>
        <w:rPr>
          <w:color w:val="0070C0"/>
          <w:sz w:val="28"/>
          <w:szCs w:val="28"/>
        </w:rPr>
      </w:pPr>
      <w:r w:rsidRPr="000B6C85">
        <w:rPr>
          <w:color w:val="0070C0"/>
          <w:sz w:val="28"/>
          <w:szCs w:val="28"/>
        </w:rPr>
        <w:t>Health Science Application Scoring Guide</w:t>
      </w:r>
    </w:p>
    <w:p w14:paraId="501D6D40" w14:textId="77777777" w:rsidR="000B6C85" w:rsidRPr="000B6C85" w:rsidRDefault="000B6C85" w:rsidP="000B6C85">
      <w:pPr>
        <w:spacing w:after="0" w:line="240" w:lineRule="auto"/>
        <w:jc w:val="center"/>
        <w:rPr>
          <w:b/>
          <w:bCs/>
          <w:color w:val="0070C0"/>
          <w:sz w:val="28"/>
          <w:szCs w:val="28"/>
        </w:rPr>
      </w:pPr>
    </w:p>
    <w:p w14:paraId="495BA1B5" w14:textId="5647B1BB" w:rsidR="00AE5A8B" w:rsidRDefault="000B6C85" w:rsidP="00A52D62">
      <w:pPr>
        <w:spacing w:after="0" w:line="240" w:lineRule="auto"/>
        <w:rPr>
          <w:sz w:val="28"/>
          <w:szCs w:val="28"/>
        </w:rPr>
      </w:pPr>
      <w:r w:rsidRPr="007A6A81">
        <w:rPr>
          <w:b/>
          <w:bCs/>
          <w:color w:val="0070C0"/>
          <w:sz w:val="28"/>
          <w:szCs w:val="28"/>
          <w:u w:val="single"/>
        </w:rPr>
        <w:t xml:space="preserve">REQUIRED </w:t>
      </w:r>
      <w:r w:rsidR="00A52D62" w:rsidRPr="007A6A81">
        <w:rPr>
          <w:b/>
          <w:bCs/>
          <w:color w:val="0070C0"/>
          <w:sz w:val="28"/>
          <w:szCs w:val="28"/>
          <w:u w:val="single"/>
        </w:rPr>
        <w:t>ELIGIBILITY</w:t>
      </w:r>
    </w:p>
    <w:p w14:paraId="319AD281" w14:textId="5F6F4970" w:rsidR="007A6A81" w:rsidRDefault="007A6A81" w:rsidP="00A52D62">
      <w:pPr>
        <w:spacing w:after="0" w:line="240" w:lineRule="auto"/>
      </w:pPr>
      <w:r w:rsidRPr="00181340">
        <w:t>Must meet all requirements listed in this section to be eligible for the program.</w:t>
      </w:r>
    </w:p>
    <w:p w14:paraId="4B6125A7" w14:textId="77777777" w:rsidR="00181340" w:rsidRPr="00181340" w:rsidRDefault="00181340" w:rsidP="00A52D62">
      <w:pPr>
        <w:spacing w:after="0" w:line="240" w:lineRule="auto"/>
      </w:pPr>
    </w:p>
    <w:p w14:paraId="2AA0F35A" w14:textId="5051FDDB" w:rsidR="009822FD" w:rsidRPr="00181340" w:rsidRDefault="00A52D62" w:rsidP="001C6802">
      <w:pPr>
        <w:pStyle w:val="ListParagraph"/>
        <w:numPr>
          <w:ilvl w:val="0"/>
          <w:numId w:val="12"/>
        </w:numPr>
        <w:spacing w:after="0" w:line="240" w:lineRule="auto"/>
      </w:pPr>
      <w:bookmarkStart w:id="0" w:name="_Hlk198711934"/>
      <w:r w:rsidRPr="00181340">
        <w:rPr>
          <w:b/>
          <w:bCs/>
        </w:rPr>
        <w:t xml:space="preserve">High </w:t>
      </w:r>
      <w:r w:rsidR="0079135A" w:rsidRPr="00181340">
        <w:rPr>
          <w:b/>
          <w:bCs/>
        </w:rPr>
        <w:t xml:space="preserve">school </w:t>
      </w:r>
      <w:r w:rsidRPr="00181340">
        <w:rPr>
          <w:b/>
          <w:bCs/>
        </w:rPr>
        <w:t xml:space="preserve">senior </w:t>
      </w:r>
      <w:r w:rsidR="0079135A" w:rsidRPr="00181340">
        <w:rPr>
          <w:b/>
          <w:bCs/>
        </w:rPr>
        <w:t xml:space="preserve">or high school graduate </w:t>
      </w:r>
      <w:r w:rsidRPr="00181340">
        <w:rPr>
          <w:b/>
          <w:bCs/>
        </w:rPr>
        <w:t>with a high school GPA 2.7 or higher</w:t>
      </w:r>
      <w:bookmarkEnd w:id="0"/>
      <w:r w:rsidRPr="00181340">
        <w:t xml:space="preserve"> </w:t>
      </w:r>
      <w:r w:rsidR="0079135A" w:rsidRPr="00181340">
        <w:rPr>
          <w:b/>
          <w:bCs/>
        </w:rPr>
        <w:t>on a 4.0 scale</w:t>
      </w:r>
    </w:p>
    <w:p w14:paraId="247CD4E4" w14:textId="35FA5737" w:rsidR="00CC5A71" w:rsidRPr="00181340" w:rsidRDefault="001C6802" w:rsidP="009822FD">
      <w:pPr>
        <w:pStyle w:val="ListParagraph"/>
        <w:spacing w:after="0" w:line="240" w:lineRule="auto"/>
      </w:pPr>
      <w:r w:rsidRPr="00181340">
        <w:t xml:space="preserve">(Requirement may also be met with </w:t>
      </w:r>
      <w:r w:rsidR="00A52D62" w:rsidRPr="00181340">
        <w:t>9 college credit hours with a grade of C or better</w:t>
      </w:r>
      <w:r w:rsidRPr="00181340">
        <w:t>, if student has GED or below the 2.7 GPA</w:t>
      </w:r>
      <w:r w:rsidR="00D870E1" w:rsidRPr="00181340">
        <w:t xml:space="preserve"> for high school.</w:t>
      </w:r>
      <w:r w:rsidRPr="00181340">
        <w:t>)</w:t>
      </w:r>
    </w:p>
    <w:p w14:paraId="5A1F6B7B" w14:textId="5236E097" w:rsidR="001B78F6" w:rsidRDefault="001B78F6" w:rsidP="001B78F6">
      <w:pPr>
        <w:pStyle w:val="ListParagraph"/>
        <w:numPr>
          <w:ilvl w:val="0"/>
          <w:numId w:val="13"/>
        </w:numPr>
        <w:spacing w:after="0" w:line="240" w:lineRule="auto"/>
        <w:rPr>
          <w:b/>
          <w:bCs/>
        </w:rPr>
      </w:pPr>
      <w:r>
        <w:rPr>
          <w:b/>
          <w:bCs/>
        </w:rPr>
        <w:t>ICC Cumulative GPA 2.</w:t>
      </w:r>
      <w:r>
        <w:rPr>
          <w:b/>
          <w:bCs/>
        </w:rPr>
        <w:t>0</w:t>
      </w:r>
      <w:r>
        <w:rPr>
          <w:b/>
          <w:bCs/>
        </w:rPr>
        <w:t xml:space="preserve"> or higher</w:t>
      </w:r>
    </w:p>
    <w:p w14:paraId="026B292D" w14:textId="77777777" w:rsidR="001B78F6" w:rsidRDefault="001B78F6" w:rsidP="001B78F6">
      <w:pPr>
        <w:pStyle w:val="ListParagraph"/>
        <w:spacing w:after="0" w:line="240" w:lineRule="auto"/>
      </w:pPr>
      <w:r>
        <w:t>(If student has ICC college credit)</w:t>
      </w:r>
    </w:p>
    <w:p w14:paraId="57A777F1" w14:textId="77777777" w:rsidR="009822FD" w:rsidRPr="00181340" w:rsidRDefault="00A52D62" w:rsidP="001C6802">
      <w:pPr>
        <w:pStyle w:val="ListParagraph"/>
        <w:numPr>
          <w:ilvl w:val="0"/>
          <w:numId w:val="12"/>
        </w:numPr>
        <w:spacing w:after="0" w:line="240" w:lineRule="auto"/>
      </w:pPr>
      <w:r w:rsidRPr="00181340">
        <w:rPr>
          <w:b/>
          <w:bCs/>
        </w:rPr>
        <w:t>Cumulative College GPA 2.0 or higher</w:t>
      </w:r>
      <w:r w:rsidRPr="00181340">
        <w:t xml:space="preserve"> </w:t>
      </w:r>
    </w:p>
    <w:p w14:paraId="679EFC79" w14:textId="6B0C7312" w:rsidR="00A52D62" w:rsidRPr="00181340" w:rsidRDefault="00A52D62" w:rsidP="009822FD">
      <w:pPr>
        <w:pStyle w:val="ListParagraph"/>
        <w:spacing w:after="0" w:line="240" w:lineRule="auto"/>
      </w:pPr>
      <w:r w:rsidRPr="00181340">
        <w:t>Cumulative GPA is calculated by all points earned between all colleges divided by hours attempted for all courses taken.</w:t>
      </w:r>
      <w:r w:rsidR="00D870E1" w:rsidRPr="00181340">
        <w:t xml:space="preserve"> (This requirement is waived for current high school seniors, if they do not have a college GPA established.)</w:t>
      </w:r>
      <w:r w:rsidR="00D870E1" w:rsidRPr="00181340">
        <w:br/>
      </w:r>
    </w:p>
    <w:p w14:paraId="4EF6F96E" w14:textId="3C1C128A" w:rsidR="00A52D62" w:rsidRPr="00181340" w:rsidRDefault="00553A35" w:rsidP="00970133">
      <w:pPr>
        <w:spacing w:after="0" w:line="240" w:lineRule="auto"/>
      </w:pPr>
      <w:r w:rsidRPr="00181340">
        <w:t>*All college transcripts must be submitted to ICC as part of the health science application process. Applicants who have earned college credit outside of ICC are required to have those transcripts sent directly to ICC. Applications will not be reviewed unless all transcripts are received before the health science application deadline.</w:t>
      </w:r>
    </w:p>
    <w:p w14:paraId="1C000E14" w14:textId="77777777" w:rsidR="00970133" w:rsidRPr="00027654" w:rsidRDefault="00970133" w:rsidP="009D76D4">
      <w:pPr>
        <w:spacing w:after="0" w:line="240" w:lineRule="auto"/>
        <w:rPr>
          <w:sz w:val="20"/>
          <w:szCs w:val="20"/>
        </w:rPr>
      </w:pPr>
    </w:p>
    <w:tbl>
      <w:tblPr>
        <w:tblStyle w:val="TableGrid"/>
        <w:tblW w:w="10795" w:type="dxa"/>
        <w:tblBorders>
          <w:top w:val="single" w:sz="24" w:space="0" w:color="002060"/>
          <w:left w:val="single" w:sz="24" w:space="0" w:color="002060"/>
          <w:bottom w:val="single" w:sz="24" w:space="0" w:color="002060"/>
          <w:right w:val="single" w:sz="24" w:space="0" w:color="002060"/>
        </w:tblBorders>
        <w:tblLook w:val="04A0" w:firstRow="1" w:lastRow="0" w:firstColumn="1" w:lastColumn="0" w:noHBand="0" w:noVBand="1"/>
      </w:tblPr>
      <w:tblGrid>
        <w:gridCol w:w="2948"/>
        <w:gridCol w:w="2582"/>
        <w:gridCol w:w="542"/>
        <w:gridCol w:w="4723"/>
      </w:tblGrid>
      <w:tr w:rsidR="00970133" w:rsidRPr="00027654" w14:paraId="2DF8467E" w14:textId="77777777" w:rsidTr="003439B9">
        <w:tc>
          <w:tcPr>
            <w:tcW w:w="10795" w:type="dxa"/>
            <w:gridSpan w:val="4"/>
            <w:vAlign w:val="center"/>
          </w:tcPr>
          <w:p w14:paraId="118972D2" w14:textId="77777777" w:rsidR="00970133" w:rsidRPr="00027654" w:rsidRDefault="00970133" w:rsidP="009D76D4">
            <w:pPr>
              <w:rPr>
                <w:b/>
                <w:bCs/>
                <w:sz w:val="20"/>
                <w:szCs w:val="20"/>
                <w:u w:val="single"/>
              </w:rPr>
            </w:pPr>
            <w:r w:rsidRPr="00027654">
              <w:rPr>
                <w:b/>
                <w:bCs/>
                <w:color w:val="0070C0"/>
                <w:sz w:val="24"/>
                <w:szCs w:val="24"/>
              </w:rPr>
              <w:t>PREVIOUS EDUCATION</w:t>
            </w:r>
          </w:p>
          <w:p w14:paraId="58FE470B" w14:textId="4DA06A89" w:rsidR="00970133" w:rsidRPr="00970133" w:rsidRDefault="00970133" w:rsidP="009D76D4">
            <w:pPr>
              <w:rPr>
                <w:sz w:val="20"/>
                <w:szCs w:val="20"/>
              </w:rPr>
            </w:pPr>
            <w:r w:rsidRPr="00027654">
              <w:rPr>
                <w:sz w:val="20"/>
                <w:szCs w:val="20"/>
              </w:rPr>
              <w:t>Earn points based on status as high school senior OR post high school applicant as shown.</w:t>
            </w:r>
          </w:p>
        </w:tc>
      </w:tr>
      <w:tr w:rsidR="009D76D4" w:rsidRPr="00027654" w14:paraId="3021FC2D" w14:textId="77777777" w:rsidTr="00625630">
        <w:trPr>
          <w:trHeight w:val="1511"/>
        </w:trPr>
        <w:tc>
          <w:tcPr>
            <w:tcW w:w="2965" w:type="dxa"/>
            <w:tcBorders>
              <w:top w:val="single" w:sz="4" w:space="0" w:color="auto"/>
              <w:bottom w:val="single" w:sz="24" w:space="0" w:color="002060"/>
              <w:right w:val="nil"/>
            </w:tcBorders>
            <w:vAlign w:val="center"/>
          </w:tcPr>
          <w:p w14:paraId="289D3B8A" w14:textId="7B4EBF82" w:rsidR="001228B5" w:rsidRPr="00027654" w:rsidRDefault="009D76D4" w:rsidP="001228B5">
            <w:pPr>
              <w:rPr>
                <w:sz w:val="20"/>
                <w:szCs w:val="20"/>
              </w:rPr>
            </w:pPr>
            <w:r w:rsidRPr="00027654">
              <w:rPr>
                <w:b/>
                <w:bCs/>
                <w:sz w:val="20"/>
                <w:szCs w:val="20"/>
                <w:u w:val="single"/>
              </w:rPr>
              <w:t>HIGH SCHOOL SENIOR APPLICANTS ONLY</w:t>
            </w:r>
            <w:r w:rsidRPr="00027654">
              <w:rPr>
                <w:sz w:val="20"/>
                <w:szCs w:val="20"/>
              </w:rPr>
              <w:br/>
              <w:t>High School Grade Point Average</w:t>
            </w:r>
            <w:r w:rsidR="001228B5">
              <w:rPr>
                <w:sz w:val="20"/>
                <w:szCs w:val="20"/>
              </w:rPr>
              <w:t xml:space="preserve"> </w:t>
            </w:r>
            <w:r w:rsidR="001228B5" w:rsidRPr="00027654">
              <w:rPr>
                <w:sz w:val="20"/>
                <w:szCs w:val="20"/>
              </w:rPr>
              <w:t>(GPA)</w:t>
            </w:r>
            <w:r w:rsidR="001228B5">
              <w:rPr>
                <w:sz w:val="20"/>
                <w:szCs w:val="20"/>
              </w:rPr>
              <w:t xml:space="preserve"> on a 4.0 Scale</w:t>
            </w:r>
            <w:r w:rsidRPr="00027654">
              <w:rPr>
                <w:sz w:val="20"/>
                <w:szCs w:val="20"/>
              </w:rPr>
              <w:t xml:space="preserve">** </w:t>
            </w:r>
            <w:r w:rsidRPr="00027654">
              <w:rPr>
                <w:sz w:val="20"/>
                <w:szCs w:val="20"/>
              </w:rPr>
              <w:br/>
            </w:r>
          </w:p>
          <w:p w14:paraId="564C0467" w14:textId="346A4F6B" w:rsidR="009D76D4" w:rsidRPr="00027654" w:rsidRDefault="009D76D4" w:rsidP="009D76D4">
            <w:pPr>
              <w:rPr>
                <w:sz w:val="20"/>
                <w:szCs w:val="20"/>
              </w:rPr>
            </w:pPr>
          </w:p>
        </w:tc>
        <w:tc>
          <w:tcPr>
            <w:tcW w:w="2600" w:type="dxa"/>
            <w:tcBorders>
              <w:top w:val="single" w:sz="4" w:space="0" w:color="auto"/>
              <w:left w:val="nil"/>
              <w:bottom w:val="single" w:sz="24" w:space="0" w:color="002060"/>
            </w:tcBorders>
            <w:vAlign w:val="center"/>
          </w:tcPr>
          <w:p w14:paraId="1EF7F949" w14:textId="77777777" w:rsidR="001228B5" w:rsidRPr="00027654" w:rsidRDefault="001228B5" w:rsidP="001228B5">
            <w:pPr>
              <w:rPr>
                <w:sz w:val="20"/>
                <w:szCs w:val="20"/>
              </w:rPr>
            </w:pPr>
            <w:r w:rsidRPr="00027654">
              <w:rPr>
                <w:sz w:val="20"/>
                <w:szCs w:val="20"/>
              </w:rPr>
              <w:t>4.00 to 3.50  =  10 points</w:t>
            </w:r>
          </w:p>
          <w:p w14:paraId="2A2334DF" w14:textId="77777777" w:rsidR="001228B5" w:rsidRDefault="001228B5" w:rsidP="001228B5">
            <w:pPr>
              <w:rPr>
                <w:sz w:val="20"/>
                <w:szCs w:val="20"/>
              </w:rPr>
            </w:pPr>
            <w:r w:rsidRPr="00027654">
              <w:rPr>
                <w:sz w:val="20"/>
                <w:szCs w:val="20"/>
              </w:rPr>
              <w:t>3.49 to 3.25  =    8 points</w:t>
            </w:r>
          </w:p>
          <w:p w14:paraId="6E1E643A" w14:textId="23B01034" w:rsidR="001228B5" w:rsidRDefault="001228B5" w:rsidP="001228B5">
            <w:pPr>
              <w:rPr>
                <w:sz w:val="20"/>
                <w:szCs w:val="20"/>
              </w:rPr>
            </w:pPr>
            <w:r w:rsidRPr="00027654">
              <w:rPr>
                <w:sz w:val="20"/>
                <w:szCs w:val="20"/>
              </w:rPr>
              <w:t>3.24 to 3.00  =    6 points</w:t>
            </w:r>
          </w:p>
          <w:p w14:paraId="17463513" w14:textId="0A00D32E" w:rsidR="004573E5" w:rsidRDefault="009D76D4" w:rsidP="009D76D4">
            <w:pPr>
              <w:rPr>
                <w:sz w:val="20"/>
                <w:szCs w:val="20"/>
              </w:rPr>
            </w:pPr>
            <w:r w:rsidRPr="00027654">
              <w:rPr>
                <w:sz w:val="20"/>
                <w:szCs w:val="20"/>
              </w:rPr>
              <w:t>2.99 to 2.7</w:t>
            </w:r>
            <w:r w:rsidR="00696442">
              <w:rPr>
                <w:sz w:val="20"/>
                <w:szCs w:val="20"/>
              </w:rPr>
              <w:t>0</w:t>
            </w:r>
            <w:r w:rsidRPr="00027654">
              <w:rPr>
                <w:sz w:val="20"/>
                <w:szCs w:val="20"/>
              </w:rPr>
              <w:t xml:space="preserve">  =    4 points</w:t>
            </w:r>
          </w:p>
          <w:p w14:paraId="40560D0C" w14:textId="5CB23FA3" w:rsidR="009D76D4" w:rsidRPr="00027654" w:rsidRDefault="004573E5" w:rsidP="009D76D4">
            <w:pPr>
              <w:rPr>
                <w:sz w:val="20"/>
                <w:szCs w:val="20"/>
              </w:rPr>
            </w:pPr>
            <w:r w:rsidRPr="00027654">
              <w:rPr>
                <w:b/>
                <w:bCs/>
                <w:noProof/>
                <w:sz w:val="20"/>
                <w:szCs w:val="20"/>
                <w:u w:val="single"/>
              </w:rPr>
              <mc:AlternateContent>
                <mc:Choice Requires="wps">
                  <w:drawing>
                    <wp:anchor distT="0" distB="0" distL="114300" distR="114300" simplePos="0" relativeHeight="251685888" behindDoc="0" locked="0" layoutInCell="1" allowOverlap="1" wp14:anchorId="1234CA3D" wp14:editId="110360A7">
                      <wp:simplePos x="0" y="0"/>
                      <wp:positionH relativeFrom="column">
                        <wp:posOffset>843915</wp:posOffset>
                      </wp:positionH>
                      <wp:positionV relativeFrom="paragraph">
                        <wp:posOffset>161925</wp:posOffset>
                      </wp:positionV>
                      <wp:extent cx="619125" cy="142875"/>
                      <wp:effectExtent l="57150" t="19050" r="85725" b="104775"/>
                      <wp:wrapNone/>
                      <wp:docPr id="5" name="Rectangle 5"/>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D8410E" id="Rectangle 5" o:spid="_x0000_s1026" style="position:absolute;margin-left:66.45pt;margin-top:12.75pt;width:48.75pt;height:1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x+XwQIAADA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" fillcolor="#c6d9f1 [671]" strokecolor="#4579b8 [3044]">
                      <v:fill color2="#a7bfde [1620]" rotate="t" angle="180" focus="100%" type="gradient">
                        <o:fill v:ext="view" type="gradientUnscaled"/>
                      </v:fill>
                      <v:shadow on="t" color="black" opacity="22937f" origin=",.5" offset="0,.63889mm"/>
                    </v:rect>
                  </w:pict>
                </mc:Fallback>
              </mc:AlternateContent>
            </w:r>
            <w:r w:rsidR="009D76D4" w:rsidRPr="00027654">
              <w:rPr>
                <w:sz w:val="20"/>
                <w:szCs w:val="20"/>
              </w:rPr>
              <w:br/>
              <w:t xml:space="preserve">YOUR POINTS: </w:t>
            </w:r>
          </w:p>
        </w:tc>
        <w:tc>
          <w:tcPr>
            <w:tcW w:w="471" w:type="dxa"/>
            <w:vAlign w:val="center"/>
          </w:tcPr>
          <w:p w14:paraId="403F6EC9" w14:textId="00AB2E63" w:rsidR="009D76D4" w:rsidRPr="001228B5" w:rsidRDefault="009D76D4" w:rsidP="009D76D4">
            <w:pPr>
              <w:jc w:val="center"/>
              <w:rPr>
                <w:b/>
                <w:bCs/>
                <w:sz w:val="24"/>
                <w:szCs w:val="24"/>
              </w:rPr>
            </w:pPr>
            <w:r w:rsidRPr="001228B5">
              <w:rPr>
                <w:b/>
                <w:bCs/>
                <w:sz w:val="24"/>
                <w:szCs w:val="24"/>
              </w:rPr>
              <w:t>OR</w:t>
            </w:r>
          </w:p>
        </w:tc>
        <w:tc>
          <w:tcPr>
            <w:tcW w:w="4759" w:type="dxa"/>
            <w:vAlign w:val="center"/>
          </w:tcPr>
          <w:p w14:paraId="5A76B80D" w14:textId="77777777" w:rsidR="004573E5" w:rsidRDefault="009D76D4" w:rsidP="009D76D4">
            <w:pPr>
              <w:rPr>
                <w:sz w:val="20"/>
                <w:szCs w:val="20"/>
              </w:rPr>
            </w:pPr>
            <w:r w:rsidRPr="00027654">
              <w:rPr>
                <w:b/>
                <w:bCs/>
                <w:sz w:val="20"/>
                <w:szCs w:val="20"/>
                <w:u w:val="single"/>
              </w:rPr>
              <w:t>POST HIGH SCHOOL APPLICANTS ONLY:</w:t>
            </w:r>
            <w:r w:rsidRPr="00027654">
              <w:rPr>
                <w:sz w:val="20"/>
                <w:szCs w:val="20"/>
              </w:rPr>
              <w:br/>
              <w:t xml:space="preserve">Completion of College Degree** </w:t>
            </w:r>
            <w:r w:rsidRPr="00027654">
              <w:rPr>
                <w:sz w:val="20"/>
                <w:szCs w:val="20"/>
              </w:rPr>
              <w:br/>
              <w:t>Score 5 points for a documented completion of an associate degree, bachelor degree or higher.</w:t>
            </w:r>
          </w:p>
          <w:p w14:paraId="5C89DE4C" w14:textId="7287AFF8" w:rsidR="009D76D4" w:rsidRPr="00027654" w:rsidRDefault="009D76D4" w:rsidP="009D76D4">
            <w:pPr>
              <w:rPr>
                <w:sz w:val="20"/>
                <w:szCs w:val="20"/>
              </w:rPr>
            </w:pPr>
            <w:r w:rsidRPr="00027654">
              <w:rPr>
                <w:b/>
                <w:bCs/>
                <w:noProof/>
                <w:sz w:val="20"/>
                <w:szCs w:val="20"/>
                <w:u w:val="single"/>
              </w:rPr>
              <mc:AlternateContent>
                <mc:Choice Requires="wps">
                  <w:drawing>
                    <wp:anchor distT="0" distB="0" distL="114300" distR="114300" simplePos="0" relativeHeight="251686912" behindDoc="0" locked="0" layoutInCell="1" allowOverlap="1" wp14:anchorId="6ED4EDB0" wp14:editId="76D890D1">
                      <wp:simplePos x="0" y="0"/>
                      <wp:positionH relativeFrom="column">
                        <wp:posOffset>829945</wp:posOffset>
                      </wp:positionH>
                      <wp:positionV relativeFrom="paragraph">
                        <wp:posOffset>174625</wp:posOffset>
                      </wp:positionV>
                      <wp:extent cx="619125" cy="142875"/>
                      <wp:effectExtent l="57150" t="19050" r="85725" b="104775"/>
                      <wp:wrapNone/>
                      <wp:docPr id="8" name="Rectangle 8"/>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2EC93E" id="Rectangle 8" o:spid="_x0000_s1026" style="position:absolute;margin-left:65.35pt;margin-top:13.75pt;width:48.75pt;height:1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br/>
              <w:t>YOUR POINTS:</w:t>
            </w:r>
            <w:r>
              <w:rPr>
                <w:sz w:val="20"/>
                <w:szCs w:val="20"/>
              </w:rPr>
              <w:t xml:space="preserve">                        </w:t>
            </w:r>
            <w:r w:rsidRPr="00027654">
              <w:rPr>
                <w:sz w:val="20"/>
                <w:szCs w:val="20"/>
              </w:rPr>
              <w:t xml:space="preserve"> </w:t>
            </w:r>
            <w:r>
              <w:rPr>
                <w:sz w:val="20"/>
                <w:szCs w:val="20"/>
              </w:rPr>
              <w:t xml:space="preserve">  </w:t>
            </w:r>
            <w:r w:rsidRPr="00794875">
              <w:rPr>
                <w:sz w:val="20"/>
                <w:szCs w:val="20"/>
              </w:rPr>
              <w:t>(</w:t>
            </w:r>
            <w:r>
              <w:rPr>
                <w:sz w:val="20"/>
                <w:szCs w:val="20"/>
              </w:rPr>
              <w:t>Point total 0 or 5 only)</w:t>
            </w:r>
          </w:p>
        </w:tc>
      </w:tr>
    </w:tbl>
    <w:p w14:paraId="17EB1459" w14:textId="77777777" w:rsidR="009D76D4" w:rsidRPr="008826F5" w:rsidRDefault="009D76D4" w:rsidP="009D76D4">
      <w:pPr>
        <w:spacing w:after="0" w:line="240" w:lineRule="auto"/>
        <w:rPr>
          <w:b/>
          <w:bCs/>
          <w:color w:val="0070C0"/>
          <w:sz w:val="20"/>
          <w:szCs w:val="20"/>
        </w:rPr>
      </w:pPr>
    </w:p>
    <w:tbl>
      <w:tblPr>
        <w:tblStyle w:val="TableGrid"/>
        <w:tblW w:w="10795" w:type="dxa"/>
        <w:tblLook w:val="04A0" w:firstRow="1" w:lastRow="0" w:firstColumn="1" w:lastColumn="0" w:noHBand="0" w:noVBand="1"/>
      </w:tblPr>
      <w:tblGrid>
        <w:gridCol w:w="5190"/>
        <w:gridCol w:w="5605"/>
      </w:tblGrid>
      <w:tr w:rsidR="009D76D4" w:rsidRPr="00970133" w14:paraId="4284E4CE" w14:textId="77777777" w:rsidTr="001B4995">
        <w:tc>
          <w:tcPr>
            <w:tcW w:w="10795" w:type="dxa"/>
            <w:gridSpan w:val="2"/>
            <w:tcBorders>
              <w:top w:val="single" w:sz="24" w:space="0" w:color="002060"/>
              <w:left w:val="single" w:sz="24" w:space="0" w:color="002060"/>
              <w:right w:val="single" w:sz="24" w:space="0" w:color="002060"/>
            </w:tcBorders>
            <w:vAlign w:val="center"/>
          </w:tcPr>
          <w:p w14:paraId="7338E957" w14:textId="488A485A" w:rsidR="007141B1" w:rsidRPr="000B6C85" w:rsidRDefault="000B6C85" w:rsidP="00F21DB5">
            <w:pPr>
              <w:rPr>
                <w:color w:val="0070C0"/>
                <w:sz w:val="24"/>
                <w:szCs w:val="24"/>
              </w:rPr>
            </w:pPr>
            <w:r>
              <w:rPr>
                <w:b/>
                <w:bCs/>
                <w:color w:val="0070C0"/>
                <w:sz w:val="24"/>
                <w:szCs w:val="24"/>
              </w:rPr>
              <w:t xml:space="preserve">OPTIONAL: </w:t>
            </w:r>
            <w:r w:rsidR="007141B1" w:rsidRPr="000B6C85">
              <w:rPr>
                <w:color w:val="0070C0"/>
                <w:sz w:val="24"/>
                <w:szCs w:val="24"/>
              </w:rPr>
              <w:t xml:space="preserve">COMPLETED </w:t>
            </w:r>
            <w:r w:rsidR="009D76D4" w:rsidRPr="000B6C85">
              <w:rPr>
                <w:color w:val="0070C0"/>
                <w:sz w:val="24"/>
                <w:szCs w:val="24"/>
              </w:rPr>
              <w:t>COURSE</w:t>
            </w:r>
            <w:r w:rsidRPr="000B6C85">
              <w:rPr>
                <w:color w:val="0070C0"/>
                <w:sz w:val="24"/>
                <w:szCs w:val="24"/>
              </w:rPr>
              <w:t>S FROM PROGRAM SEQUENCE</w:t>
            </w:r>
          </w:p>
          <w:p w14:paraId="11569AFF" w14:textId="4E4E21AD" w:rsidR="009D76D4" w:rsidRPr="007141B1" w:rsidRDefault="007141B1" w:rsidP="00F21DB5">
            <w:pPr>
              <w:rPr>
                <w:color w:val="0070C0"/>
              </w:rPr>
            </w:pPr>
            <w:r w:rsidRPr="007141B1">
              <w:rPr>
                <w:sz w:val="20"/>
                <w:szCs w:val="20"/>
              </w:rPr>
              <w:t xml:space="preserve">Not required to be completed prior to applying, but can improve </w:t>
            </w:r>
            <w:r>
              <w:rPr>
                <w:sz w:val="20"/>
                <w:szCs w:val="20"/>
              </w:rPr>
              <w:t>score</w:t>
            </w:r>
            <w:r w:rsidRPr="007141B1">
              <w:rPr>
                <w:sz w:val="20"/>
                <w:szCs w:val="20"/>
              </w:rPr>
              <w:t xml:space="preserve"> </w:t>
            </w:r>
            <w:r>
              <w:rPr>
                <w:sz w:val="20"/>
                <w:szCs w:val="20"/>
              </w:rPr>
              <w:t xml:space="preserve">if completed </w:t>
            </w:r>
            <w:r w:rsidRPr="007141B1">
              <w:rPr>
                <w:sz w:val="20"/>
                <w:szCs w:val="20"/>
              </w:rPr>
              <w:t xml:space="preserve">prior to </w:t>
            </w:r>
            <w:r>
              <w:rPr>
                <w:sz w:val="20"/>
                <w:szCs w:val="20"/>
              </w:rPr>
              <w:t>application review</w:t>
            </w:r>
            <w:r w:rsidRPr="007141B1">
              <w:rPr>
                <w:sz w:val="20"/>
                <w:szCs w:val="20"/>
              </w:rPr>
              <w:t>.</w:t>
            </w:r>
            <w:r w:rsidRPr="007141B1">
              <w:rPr>
                <w:b/>
                <w:bCs/>
                <w:sz w:val="24"/>
                <w:szCs w:val="24"/>
              </w:rPr>
              <w:t xml:space="preserve"> </w:t>
            </w:r>
            <w:r w:rsidR="009D76D4" w:rsidRPr="009D76D4">
              <w:rPr>
                <w:sz w:val="20"/>
                <w:szCs w:val="20"/>
              </w:rPr>
              <w:t>See the ICC college catalog for course descriptions. Points are scored based on the most recent grade earned for each course.</w:t>
            </w:r>
            <w:r w:rsidR="009D76D4" w:rsidRPr="00027654">
              <w:rPr>
                <w:sz w:val="20"/>
                <w:szCs w:val="20"/>
              </w:rPr>
              <w:t xml:space="preserve"> </w:t>
            </w:r>
          </w:p>
        </w:tc>
      </w:tr>
      <w:tr w:rsidR="009D76D4" w:rsidRPr="00027654" w14:paraId="6931C3F5" w14:textId="77777777" w:rsidTr="001B4995">
        <w:tc>
          <w:tcPr>
            <w:tcW w:w="10795" w:type="dxa"/>
            <w:gridSpan w:val="2"/>
            <w:tcBorders>
              <w:left w:val="single" w:sz="24" w:space="0" w:color="002060"/>
              <w:right w:val="single" w:sz="24" w:space="0" w:color="002060"/>
            </w:tcBorders>
          </w:tcPr>
          <w:p w14:paraId="7F4A8734" w14:textId="1A806844" w:rsidR="009D76D4" w:rsidRPr="00D870E1" w:rsidRDefault="009D76D4" w:rsidP="00F21DB5">
            <w:pPr>
              <w:rPr>
                <w:b/>
                <w:bCs/>
                <w:sz w:val="20"/>
                <w:szCs w:val="20"/>
              </w:rPr>
            </w:pPr>
            <w:r w:rsidRPr="00D870E1">
              <w:rPr>
                <w:b/>
                <w:bCs/>
                <w:sz w:val="20"/>
                <w:szCs w:val="20"/>
              </w:rPr>
              <w:t xml:space="preserve">                                                                    </w:t>
            </w:r>
            <w:r w:rsidR="00D870E1" w:rsidRPr="00D870E1">
              <w:rPr>
                <w:b/>
                <w:bCs/>
                <w:sz w:val="20"/>
                <w:szCs w:val="20"/>
              </w:rPr>
              <w:t xml:space="preserve">                        </w:t>
            </w:r>
            <w:r w:rsidRPr="00D870E1">
              <w:rPr>
                <w:b/>
                <w:bCs/>
                <w:sz w:val="20"/>
                <w:szCs w:val="20"/>
              </w:rPr>
              <w:t xml:space="preserve">Grades:         </w:t>
            </w:r>
            <w:r w:rsidR="008826F5">
              <w:rPr>
                <w:b/>
                <w:bCs/>
                <w:sz w:val="20"/>
                <w:szCs w:val="20"/>
              </w:rPr>
              <w:t xml:space="preserve">    </w:t>
            </w:r>
            <w:r w:rsidRPr="00D870E1">
              <w:rPr>
                <w:b/>
                <w:bCs/>
                <w:sz w:val="20"/>
                <w:szCs w:val="20"/>
              </w:rPr>
              <w:t>A         B         C</w:t>
            </w:r>
          </w:p>
        </w:tc>
      </w:tr>
      <w:tr w:rsidR="009D76D4" w:rsidRPr="00027654" w14:paraId="16DBB8F3" w14:textId="77777777" w:rsidTr="008826F5">
        <w:tc>
          <w:tcPr>
            <w:tcW w:w="5190" w:type="dxa"/>
            <w:tcBorders>
              <w:left w:val="single" w:sz="24" w:space="0" w:color="002060"/>
            </w:tcBorders>
          </w:tcPr>
          <w:p w14:paraId="2AE9CD26" w14:textId="77777777" w:rsidR="009D76D4" w:rsidRDefault="009D76D4" w:rsidP="00F21DB5">
            <w:pPr>
              <w:rPr>
                <w:sz w:val="20"/>
                <w:szCs w:val="20"/>
              </w:rPr>
            </w:pPr>
            <w:r>
              <w:rPr>
                <w:sz w:val="20"/>
                <w:szCs w:val="20"/>
              </w:rPr>
              <w:t>BIOL 140 – OR – BIOL 205 &amp; 206</w:t>
            </w:r>
          </w:p>
          <w:p w14:paraId="1283800E" w14:textId="77777777" w:rsidR="009D76D4" w:rsidRDefault="009D76D4" w:rsidP="00F21DB5">
            <w:pPr>
              <w:rPr>
                <w:sz w:val="20"/>
                <w:szCs w:val="20"/>
              </w:rPr>
            </w:pPr>
            <w:r>
              <w:rPr>
                <w:sz w:val="20"/>
                <w:szCs w:val="20"/>
              </w:rPr>
              <w:t>BIOL 210</w:t>
            </w:r>
          </w:p>
          <w:p w14:paraId="3D3DB4CC" w14:textId="0805C5D8" w:rsidR="009D76D4" w:rsidRDefault="009D76D4" w:rsidP="00F21DB5">
            <w:pPr>
              <w:rPr>
                <w:sz w:val="20"/>
                <w:szCs w:val="20"/>
              </w:rPr>
            </w:pPr>
            <w:r>
              <w:rPr>
                <w:sz w:val="20"/>
                <w:szCs w:val="20"/>
              </w:rPr>
              <w:t>CHEM 115</w:t>
            </w:r>
          </w:p>
        </w:tc>
        <w:tc>
          <w:tcPr>
            <w:tcW w:w="5605" w:type="dxa"/>
            <w:tcBorders>
              <w:right w:val="single" w:sz="24" w:space="0" w:color="002060"/>
            </w:tcBorders>
          </w:tcPr>
          <w:p w14:paraId="58897CBD" w14:textId="4B2B06C5" w:rsidR="009D76D4" w:rsidRDefault="009D76D4" w:rsidP="00F21DB5">
            <w:pPr>
              <w:rPr>
                <w:sz w:val="20"/>
                <w:szCs w:val="20"/>
              </w:rPr>
            </w:pPr>
            <w:r>
              <w:rPr>
                <w:sz w:val="20"/>
                <w:szCs w:val="20"/>
              </w:rPr>
              <w:t xml:space="preserve">  </w:t>
            </w:r>
            <w:r w:rsidR="00D870E1">
              <w:rPr>
                <w:sz w:val="20"/>
                <w:szCs w:val="20"/>
              </w:rPr>
              <w:t xml:space="preserve">  </w:t>
            </w:r>
            <w:r>
              <w:rPr>
                <w:sz w:val="20"/>
                <w:szCs w:val="20"/>
              </w:rPr>
              <w:t>7         5         3</w:t>
            </w:r>
          </w:p>
          <w:p w14:paraId="565E4787" w14:textId="4CAF8CCE" w:rsidR="009D76D4" w:rsidRDefault="009D76D4" w:rsidP="00F21DB5">
            <w:pPr>
              <w:rPr>
                <w:sz w:val="20"/>
                <w:szCs w:val="20"/>
              </w:rPr>
            </w:pPr>
            <w:r>
              <w:rPr>
                <w:sz w:val="20"/>
                <w:szCs w:val="20"/>
              </w:rPr>
              <w:t xml:space="preserve">  </w:t>
            </w:r>
            <w:r w:rsidR="00D870E1">
              <w:rPr>
                <w:sz w:val="20"/>
                <w:szCs w:val="20"/>
              </w:rPr>
              <w:t xml:space="preserve">  </w:t>
            </w:r>
            <w:r>
              <w:rPr>
                <w:sz w:val="20"/>
                <w:szCs w:val="20"/>
              </w:rPr>
              <w:t>7         5         3</w:t>
            </w:r>
          </w:p>
          <w:p w14:paraId="58F70084" w14:textId="05B9A17E" w:rsidR="009D76D4" w:rsidRDefault="009D76D4" w:rsidP="00F21DB5">
            <w:pPr>
              <w:rPr>
                <w:sz w:val="20"/>
                <w:szCs w:val="20"/>
              </w:rPr>
            </w:pPr>
            <w:r>
              <w:rPr>
                <w:sz w:val="20"/>
                <w:szCs w:val="20"/>
              </w:rPr>
              <w:t xml:space="preserve">  </w:t>
            </w:r>
            <w:r w:rsidR="00D870E1">
              <w:rPr>
                <w:sz w:val="20"/>
                <w:szCs w:val="20"/>
              </w:rPr>
              <w:t xml:space="preserve">  </w:t>
            </w:r>
            <w:r>
              <w:rPr>
                <w:sz w:val="20"/>
                <w:szCs w:val="20"/>
              </w:rPr>
              <w:t>7         5         3</w:t>
            </w:r>
          </w:p>
        </w:tc>
      </w:tr>
      <w:tr w:rsidR="009D76D4" w:rsidRPr="00794875" w14:paraId="3953C2E4" w14:textId="77777777" w:rsidTr="001B4995">
        <w:trPr>
          <w:trHeight w:val="323"/>
        </w:trPr>
        <w:tc>
          <w:tcPr>
            <w:tcW w:w="10795" w:type="dxa"/>
            <w:gridSpan w:val="2"/>
            <w:tcBorders>
              <w:left w:val="single" w:sz="24" w:space="0" w:color="002060"/>
              <w:bottom w:val="single" w:sz="24" w:space="0" w:color="002060"/>
              <w:right w:val="single" w:sz="24" w:space="0" w:color="002060"/>
            </w:tcBorders>
          </w:tcPr>
          <w:p w14:paraId="2E60240D" w14:textId="14F4F341" w:rsidR="009D76D4" w:rsidRPr="001228B5" w:rsidRDefault="009D76D4" w:rsidP="00F21DB5">
            <w:pPr>
              <w:rPr>
                <w:sz w:val="20"/>
                <w:szCs w:val="20"/>
              </w:rPr>
            </w:pPr>
            <w:r w:rsidRPr="00027654">
              <w:rPr>
                <w:b/>
                <w:bCs/>
                <w:noProof/>
                <w:sz w:val="20"/>
                <w:szCs w:val="20"/>
                <w:u w:val="single"/>
              </w:rPr>
              <mc:AlternateContent>
                <mc:Choice Requires="wps">
                  <w:drawing>
                    <wp:anchor distT="0" distB="0" distL="114300" distR="114300" simplePos="0" relativeHeight="251683840" behindDoc="0" locked="0" layoutInCell="1" allowOverlap="1" wp14:anchorId="5D687932" wp14:editId="31F56F0C">
                      <wp:simplePos x="0" y="0"/>
                      <wp:positionH relativeFrom="column">
                        <wp:posOffset>850900</wp:posOffset>
                      </wp:positionH>
                      <wp:positionV relativeFrom="paragraph">
                        <wp:posOffset>20955</wp:posOffset>
                      </wp:positionV>
                      <wp:extent cx="619125" cy="142875"/>
                      <wp:effectExtent l="57150" t="19050" r="85725" b="104775"/>
                      <wp:wrapNone/>
                      <wp:docPr id="18" name="Rectangle 18"/>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D94441" id="Rectangle 18" o:spid="_x0000_s1026" style="position:absolute;margin-left:67pt;margin-top:1.65pt;width:48.75pt;height:1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t>YOUR POINTS:</w:t>
            </w:r>
            <w:r>
              <w:rPr>
                <w:sz w:val="20"/>
                <w:szCs w:val="20"/>
              </w:rPr>
              <w:t xml:space="preserve">                         </w:t>
            </w:r>
          </w:p>
        </w:tc>
      </w:tr>
    </w:tbl>
    <w:p w14:paraId="34F04308" w14:textId="77777777" w:rsidR="00172C8A" w:rsidRPr="008826F5" w:rsidRDefault="00172C8A" w:rsidP="00D870E1">
      <w:pPr>
        <w:spacing w:after="0" w:line="240" w:lineRule="auto"/>
        <w:rPr>
          <w:sz w:val="20"/>
          <w:szCs w:val="20"/>
        </w:rPr>
      </w:pPr>
    </w:p>
    <w:tbl>
      <w:tblPr>
        <w:tblStyle w:val="TableGrid"/>
        <w:tblW w:w="10795" w:type="dxa"/>
        <w:tblLook w:val="04A0" w:firstRow="1" w:lastRow="0" w:firstColumn="1" w:lastColumn="0" w:noHBand="0" w:noVBand="1"/>
      </w:tblPr>
      <w:tblGrid>
        <w:gridCol w:w="5190"/>
        <w:gridCol w:w="5605"/>
      </w:tblGrid>
      <w:tr w:rsidR="00172C8A" w:rsidRPr="00970133" w14:paraId="0562B5CC" w14:textId="77777777" w:rsidTr="00F21DB5">
        <w:tc>
          <w:tcPr>
            <w:tcW w:w="10795" w:type="dxa"/>
            <w:gridSpan w:val="2"/>
            <w:tcBorders>
              <w:top w:val="single" w:sz="24" w:space="0" w:color="002060"/>
              <w:left w:val="single" w:sz="24" w:space="0" w:color="002060"/>
              <w:right w:val="single" w:sz="24" w:space="0" w:color="002060"/>
            </w:tcBorders>
            <w:vAlign w:val="center"/>
          </w:tcPr>
          <w:p w14:paraId="004861BA" w14:textId="71F1F1C4" w:rsidR="00172C8A" w:rsidRPr="000B6C85" w:rsidRDefault="000B6C85" w:rsidP="00F21DB5">
            <w:pPr>
              <w:rPr>
                <w:color w:val="0070C0"/>
                <w:sz w:val="24"/>
                <w:szCs w:val="24"/>
              </w:rPr>
            </w:pPr>
            <w:r>
              <w:rPr>
                <w:b/>
                <w:bCs/>
                <w:color w:val="0070C0"/>
                <w:sz w:val="24"/>
                <w:szCs w:val="24"/>
              </w:rPr>
              <w:t xml:space="preserve">OPTIONAL: </w:t>
            </w:r>
            <w:r w:rsidR="00172C8A" w:rsidRPr="000B6C85">
              <w:rPr>
                <w:color w:val="0070C0"/>
                <w:sz w:val="24"/>
                <w:szCs w:val="24"/>
              </w:rPr>
              <w:t>PREVIOUS HEALTHCARE EXPERIENCE</w:t>
            </w:r>
          </w:p>
          <w:p w14:paraId="73D9CB8C" w14:textId="77777777" w:rsidR="00172C8A" w:rsidRPr="00970133" w:rsidRDefault="00172C8A" w:rsidP="00F21DB5">
            <w:pPr>
              <w:rPr>
                <w:sz w:val="20"/>
                <w:szCs w:val="20"/>
              </w:rPr>
            </w:pPr>
            <w:r w:rsidRPr="00027654">
              <w:rPr>
                <w:sz w:val="20"/>
                <w:szCs w:val="20"/>
              </w:rPr>
              <w:t>Speak with admissions to verify whether your experience and/or certification qualifies.</w:t>
            </w:r>
          </w:p>
        </w:tc>
      </w:tr>
      <w:tr w:rsidR="00172C8A" w:rsidRPr="00027654" w14:paraId="3907990B" w14:textId="77777777" w:rsidTr="008826F5">
        <w:tc>
          <w:tcPr>
            <w:tcW w:w="5190" w:type="dxa"/>
            <w:tcBorders>
              <w:left w:val="single" w:sz="24" w:space="0" w:color="002060"/>
            </w:tcBorders>
          </w:tcPr>
          <w:p w14:paraId="36E4FF3E" w14:textId="77777777" w:rsidR="00172C8A" w:rsidRDefault="00172C8A" w:rsidP="00F21DB5">
            <w:pPr>
              <w:rPr>
                <w:sz w:val="20"/>
                <w:szCs w:val="20"/>
              </w:rPr>
            </w:pPr>
            <w:r w:rsidRPr="00027654">
              <w:rPr>
                <w:sz w:val="20"/>
                <w:szCs w:val="20"/>
              </w:rPr>
              <w:t xml:space="preserve"> </w:t>
            </w:r>
            <w:r w:rsidRPr="00794875">
              <w:rPr>
                <w:b/>
                <w:bCs/>
                <w:sz w:val="20"/>
                <w:szCs w:val="20"/>
              </w:rPr>
              <w:t>Healthcare Work Experience</w:t>
            </w:r>
            <w:r w:rsidRPr="00027654">
              <w:rPr>
                <w:sz w:val="20"/>
                <w:szCs w:val="20"/>
              </w:rPr>
              <w:t>**</w:t>
            </w:r>
          </w:p>
          <w:p w14:paraId="0A20C6D7" w14:textId="77777777" w:rsidR="00172C8A" w:rsidRPr="00027654" w:rsidRDefault="00172C8A" w:rsidP="00F21DB5">
            <w:pPr>
              <w:rPr>
                <w:sz w:val="20"/>
                <w:szCs w:val="20"/>
              </w:rPr>
            </w:pPr>
            <w:r w:rsidRPr="00027654">
              <w:rPr>
                <w:sz w:val="20"/>
                <w:szCs w:val="20"/>
              </w:rPr>
              <w:t>Score 5 points if you have work experience in a healthcare field</w:t>
            </w:r>
            <w:r>
              <w:rPr>
                <w:sz w:val="20"/>
                <w:szCs w:val="20"/>
              </w:rPr>
              <w:t>.</w:t>
            </w:r>
          </w:p>
        </w:tc>
        <w:tc>
          <w:tcPr>
            <w:tcW w:w="5605" w:type="dxa"/>
            <w:tcBorders>
              <w:right w:val="single" w:sz="24" w:space="0" w:color="002060"/>
            </w:tcBorders>
          </w:tcPr>
          <w:p w14:paraId="2678ED5D" w14:textId="77777777" w:rsidR="00172C8A" w:rsidRDefault="00172C8A" w:rsidP="00F21DB5">
            <w:pPr>
              <w:rPr>
                <w:sz w:val="20"/>
                <w:szCs w:val="20"/>
              </w:rPr>
            </w:pPr>
            <w:r w:rsidRPr="00794875">
              <w:rPr>
                <w:b/>
                <w:bCs/>
                <w:sz w:val="20"/>
                <w:szCs w:val="20"/>
              </w:rPr>
              <w:t>Healthcare Certification or Licensure</w:t>
            </w:r>
            <w:r w:rsidRPr="00027654">
              <w:rPr>
                <w:sz w:val="20"/>
                <w:szCs w:val="20"/>
              </w:rPr>
              <w:t xml:space="preserve">** </w:t>
            </w:r>
            <w:r w:rsidRPr="00027654">
              <w:rPr>
                <w:sz w:val="20"/>
                <w:szCs w:val="20"/>
              </w:rPr>
              <w:br/>
              <w:t>Score 5 points if certified or licensed in a qualifying health career</w:t>
            </w:r>
            <w:r>
              <w:rPr>
                <w:sz w:val="20"/>
                <w:szCs w:val="20"/>
              </w:rPr>
              <w:t xml:space="preserve">. </w:t>
            </w:r>
          </w:p>
          <w:p w14:paraId="0836D8AA" w14:textId="77777777" w:rsidR="00172C8A" w:rsidRDefault="00172C8A" w:rsidP="00F21DB5">
            <w:pPr>
              <w:rPr>
                <w:sz w:val="20"/>
                <w:szCs w:val="20"/>
              </w:rPr>
            </w:pPr>
          </w:p>
          <w:p w14:paraId="3B2296FF" w14:textId="77777777" w:rsidR="00172C8A" w:rsidRPr="00027654" w:rsidRDefault="00172C8A" w:rsidP="00F21DB5">
            <w:pPr>
              <w:rPr>
                <w:sz w:val="20"/>
                <w:szCs w:val="20"/>
              </w:rPr>
            </w:pPr>
            <w:r>
              <w:rPr>
                <w:sz w:val="20"/>
                <w:szCs w:val="20"/>
              </w:rPr>
              <w:t>Examples include: CNA, CMA, EMT, Paramedic, LPN, etc.</w:t>
            </w:r>
          </w:p>
        </w:tc>
      </w:tr>
      <w:tr w:rsidR="00172C8A" w:rsidRPr="00794875" w14:paraId="523880B9" w14:textId="77777777" w:rsidTr="008826F5">
        <w:trPr>
          <w:trHeight w:val="332"/>
        </w:trPr>
        <w:tc>
          <w:tcPr>
            <w:tcW w:w="10795" w:type="dxa"/>
            <w:gridSpan w:val="2"/>
            <w:tcBorders>
              <w:left w:val="single" w:sz="24" w:space="0" w:color="002060"/>
              <w:bottom w:val="single" w:sz="24" w:space="0" w:color="002060"/>
              <w:right w:val="single" w:sz="24" w:space="0" w:color="002060"/>
            </w:tcBorders>
          </w:tcPr>
          <w:p w14:paraId="1CC1CF40" w14:textId="127A9BA4" w:rsidR="00172C8A" w:rsidRPr="00794875" w:rsidRDefault="00172C8A" w:rsidP="008826F5">
            <w:pPr>
              <w:rPr>
                <w:b/>
                <w:bCs/>
                <w:sz w:val="20"/>
                <w:szCs w:val="20"/>
              </w:rPr>
            </w:pPr>
            <w:r w:rsidRPr="00027654">
              <w:rPr>
                <w:b/>
                <w:bCs/>
                <w:noProof/>
                <w:sz w:val="20"/>
                <w:szCs w:val="20"/>
                <w:u w:val="single"/>
              </w:rPr>
              <mc:AlternateContent>
                <mc:Choice Requires="wps">
                  <w:drawing>
                    <wp:anchor distT="0" distB="0" distL="114300" distR="114300" simplePos="0" relativeHeight="251688960" behindDoc="0" locked="0" layoutInCell="1" allowOverlap="1" wp14:anchorId="5CAF1511" wp14:editId="2C821229">
                      <wp:simplePos x="0" y="0"/>
                      <wp:positionH relativeFrom="column">
                        <wp:posOffset>839470</wp:posOffset>
                      </wp:positionH>
                      <wp:positionV relativeFrom="paragraph">
                        <wp:posOffset>17145</wp:posOffset>
                      </wp:positionV>
                      <wp:extent cx="619125" cy="142875"/>
                      <wp:effectExtent l="57150" t="19050" r="85725" b="104775"/>
                      <wp:wrapNone/>
                      <wp:docPr id="19" name="Rectangle 19"/>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E5C949" id="Rectangle 19" o:spid="_x0000_s1026" style="position:absolute;margin-left:66.1pt;margin-top:1.35pt;width:48.75pt;height:11.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E0CwgIAADI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t>YOUR POINTS:</w:t>
            </w:r>
            <w:r>
              <w:rPr>
                <w:sz w:val="20"/>
                <w:szCs w:val="20"/>
              </w:rPr>
              <w:t xml:space="preserve">                           </w:t>
            </w:r>
            <w:r w:rsidRPr="00794875">
              <w:rPr>
                <w:sz w:val="20"/>
                <w:szCs w:val="20"/>
              </w:rPr>
              <w:t>(</w:t>
            </w:r>
            <w:r>
              <w:rPr>
                <w:sz w:val="20"/>
                <w:szCs w:val="20"/>
              </w:rPr>
              <w:t>Point total can be 0, 5 or 10 only)</w:t>
            </w:r>
          </w:p>
        </w:tc>
      </w:tr>
    </w:tbl>
    <w:p w14:paraId="7E15C532" w14:textId="32F32572" w:rsidR="00906FD7" w:rsidRDefault="00923BA8" w:rsidP="00D870E1">
      <w:pPr>
        <w:spacing w:after="0" w:line="240" w:lineRule="auto"/>
      </w:pPr>
      <w:r w:rsidRPr="00906FD7">
        <w:rPr>
          <w:b/>
          <w:bCs/>
          <w:noProof/>
          <w:sz w:val="20"/>
          <w:szCs w:val="20"/>
          <w:u w:val="single"/>
        </w:rPr>
        <mc:AlternateContent>
          <mc:Choice Requires="wps">
            <w:drawing>
              <wp:anchor distT="0" distB="0" distL="114300" distR="114300" simplePos="0" relativeHeight="251677696" behindDoc="0" locked="0" layoutInCell="1" allowOverlap="1" wp14:anchorId="18433CD6" wp14:editId="766CC3FB">
                <wp:simplePos x="0" y="0"/>
                <wp:positionH relativeFrom="column">
                  <wp:posOffset>1638300</wp:posOffset>
                </wp:positionH>
                <wp:positionV relativeFrom="paragraph">
                  <wp:posOffset>152400</wp:posOffset>
                </wp:positionV>
                <wp:extent cx="752475" cy="180975"/>
                <wp:effectExtent l="57150" t="19050" r="85725" b="104775"/>
                <wp:wrapNone/>
                <wp:docPr id="11" name="Rectangle 11"/>
                <wp:cNvGraphicFramePr/>
                <a:graphic xmlns:a="http://schemas.openxmlformats.org/drawingml/2006/main">
                  <a:graphicData uri="http://schemas.microsoft.com/office/word/2010/wordprocessingShape">
                    <wps:wsp>
                      <wps:cNvSpPr/>
                      <wps:spPr>
                        <a:xfrm>
                          <a:off x="0" y="0"/>
                          <a:ext cx="752475" cy="1809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3D49DD" id="Rectangle 11" o:spid="_x0000_s1026" style="position:absolute;margin-left:129pt;margin-top:12pt;width:59.25pt;height:1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" fillcolor="#c6d9f1 [671]" strokecolor="#4579b8 [3044]">
                <v:fill color2="#a7bfde [1620]" rotate="t" angle="180" focus="100%" type="gradient">
                  <o:fill v:ext="view" type="gradientUnscaled"/>
                </v:fill>
                <v:shadow on="t" color="black" opacity="22937f" origin=",.5" offset="0,.63889mm"/>
              </v:rect>
            </w:pict>
          </mc:Fallback>
        </mc:AlternateContent>
      </w:r>
    </w:p>
    <w:p w14:paraId="4E69BD02" w14:textId="2727200E" w:rsidR="00D870E1" w:rsidRDefault="00A22693" w:rsidP="00D870E1">
      <w:pPr>
        <w:spacing w:after="0" w:line="240" w:lineRule="auto"/>
        <w:rPr>
          <w:sz w:val="20"/>
          <w:szCs w:val="20"/>
        </w:rPr>
      </w:pPr>
      <w:r w:rsidRPr="00906FD7">
        <w:rPr>
          <w:b/>
          <w:bCs/>
        </w:rPr>
        <w:t>TOTAL POINTS EARNED</w:t>
      </w:r>
      <w:r>
        <w:t>:</w:t>
      </w:r>
      <w:r w:rsidR="00906FD7">
        <w:t xml:space="preserve"> </w:t>
      </w:r>
      <w:r w:rsidR="00906FD7">
        <w:rPr>
          <w:sz w:val="20"/>
          <w:szCs w:val="20"/>
        </w:rPr>
        <w:br/>
      </w:r>
    </w:p>
    <w:p w14:paraId="1D02BB3C" w14:textId="4984DDA7" w:rsidR="00906FD7" w:rsidRDefault="002443E0" w:rsidP="00D870E1">
      <w:pPr>
        <w:spacing w:after="0" w:line="240" w:lineRule="auto"/>
        <w:rPr>
          <w:sz w:val="24"/>
          <w:szCs w:val="24"/>
        </w:rPr>
      </w:pPr>
      <w:r w:rsidRPr="00906FD7">
        <w:rPr>
          <w:sz w:val="20"/>
          <w:szCs w:val="20"/>
        </w:rPr>
        <w:t>**Supporting documentation must accompany your application.</w:t>
      </w:r>
    </w:p>
    <w:p w14:paraId="1B23E99B" w14:textId="77777777" w:rsidR="00181340" w:rsidRDefault="00181340" w:rsidP="00D870E1">
      <w:pPr>
        <w:spacing w:after="0" w:line="240" w:lineRule="auto"/>
        <w:rPr>
          <w:sz w:val="20"/>
          <w:szCs w:val="20"/>
        </w:rPr>
      </w:pPr>
    </w:p>
    <w:p w14:paraId="15FEA18B" w14:textId="68EE5AF2" w:rsidR="00923BA8" w:rsidRPr="002443E0" w:rsidRDefault="002443E0" w:rsidP="00D870E1">
      <w:pPr>
        <w:spacing w:after="0" w:line="240" w:lineRule="auto"/>
        <w:rPr>
          <w:sz w:val="20"/>
          <w:szCs w:val="20"/>
        </w:rPr>
      </w:pPr>
      <w:r w:rsidRPr="002443E0">
        <w:rPr>
          <w:sz w:val="20"/>
          <w:szCs w:val="20"/>
        </w:rPr>
        <w:t xml:space="preserve">Please </w:t>
      </w:r>
      <w:r w:rsidR="0061725D">
        <w:rPr>
          <w:sz w:val="20"/>
          <w:szCs w:val="20"/>
        </w:rPr>
        <w:t>review</w:t>
      </w:r>
      <w:r w:rsidRPr="002443E0">
        <w:rPr>
          <w:sz w:val="20"/>
          <w:szCs w:val="20"/>
        </w:rPr>
        <w:t xml:space="preserve"> this form with the help of an admission representative – </w:t>
      </w:r>
      <w:hyperlink r:id="rId8" w:history="1">
        <w:r w:rsidR="00D870E1" w:rsidRPr="00DA2EFB">
          <w:rPr>
            <w:rStyle w:val="Hyperlink"/>
            <w:sz w:val="20"/>
            <w:szCs w:val="20"/>
          </w:rPr>
          <w:t>admissions@icc.edu</w:t>
        </w:r>
      </w:hyperlink>
      <w:r>
        <w:rPr>
          <w:sz w:val="20"/>
          <w:szCs w:val="20"/>
        </w:rPr>
        <w:t>,</w:t>
      </w:r>
      <w:r w:rsidRPr="002443E0">
        <w:rPr>
          <w:sz w:val="20"/>
          <w:szCs w:val="20"/>
        </w:rPr>
        <w:t xml:space="preserve"> (309) 694-5200</w:t>
      </w:r>
      <w:r>
        <w:rPr>
          <w:sz w:val="20"/>
          <w:szCs w:val="20"/>
        </w:rPr>
        <w:t xml:space="preserve"> or schedule an on-campus visit</w:t>
      </w:r>
      <w:r w:rsidRPr="002443E0">
        <w:rPr>
          <w:sz w:val="20"/>
          <w:szCs w:val="20"/>
        </w:rPr>
        <w:t>.</w:t>
      </w:r>
    </w:p>
    <w:sectPr w:rsidR="00923BA8" w:rsidRPr="002443E0" w:rsidSect="00906FD7">
      <w:footerReference w:type="default" r:id="rId9"/>
      <w:pgSz w:w="12240" w:h="15840" w:code="1"/>
      <w:pgMar w:top="288" w:right="720" w:bottom="288"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4ABB8" w14:textId="77777777" w:rsidR="000E10C6" w:rsidRDefault="000E10C6" w:rsidP="008F4992">
      <w:pPr>
        <w:spacing w:after="0" w:line="240" w:lineRule="auto"/>
      </w:pPr>
      <w:r>
        <w:separator/>
      </w:r>
    </w:p>
  </w:endnote>
  <w:endnote w:type="continuationSeparator" w:id="0">
    <w:p w14:paraId="71804923" w14:textId="77777777" w:rsidR="000E10C6" w:rsidRDefault="000E10C6" w:rsidP="008F4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B3890" w14:textId="6A0967C3" w:rsidR="00181340" w:rsidRPr="0066692E" w:rsidRDefault="0066692E" w:rsidP="0066692E">
    <w:pPr>
      <w:pStyle w:val="Footer"/>
      <w:jc w:val="right"/>
    </w:pPr>
    <w:r w:rsidRPr="0066692E">
      <w:t>Last Updated: November 2025 | Effective Beginning Spring 2027 Application Cycle</w:t>
    </w:r>
    <w:r w:rsidR="00E60501">
      <w:t xml:space="preserve"> Review</w:t>
    </w:r>
    <w:r w:rsidRPr="0066692E">
      <w:t xml:space="preserve"> | Subject to Change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C59B8" w14:textId="77777777" w:rsidR="000E10C6" w:rsidRDefault="000E10C6" w:rsidP="008F4992">
      <w:pPr>
        <w:spacing w:after="0" w:line="240" w:lineRule="auto"/>
      </w:pPr>
      <w:r>
        <w:separator/>
      </w:r>
    </w:p>
  </w:footnote>
  <w:footnote w:type="continuationSeparator" w:id="0">
    <w:p w14:paraId="1A72DB76" w14:textId="77777777" w:rsidR="000E10C6" w:rsidRDefault="000E10C6" w:rsidP="008F49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D96D61"/>
    <w:multiLevelType w:val="hybridMultilevel"/>
    <w:tmpl w:val="AD8ECDAE"/>
    <w:lvl w:ilvl="0" w:tplc="4FFCF3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B70FDF"/>
    <w:multiLevelType w:val="hybridMultilevel"/>
    <w:tmpl w:val="33884CC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290EC2"/>
    <w:multiLevelType w:val="hybridMultilevel"/>
    <w:tmpl w:val="C0527A74"/>
    <w:lvl w:ilvl="0" w:tplc="4FFCF3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9"/>
  </w:num>
  <w:num w:numId="12">
    <w:abstractNumId w:val="10"/>
  </w:num>
  <w:num w:numId="13">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654"/>
    <w:rsid w:val="00034616"/>
    <w:rsid w:val="000370FA"/>
    <w:rsid w:val="0006063C"/>
    <w:rsid w:val="000B6C85"/>
    <w:rsid w:val="000C7EFF"/>
    <w:rsid w:val="000E10C6"/>
    <w:rsid w:val="001228B5"/>
    <w:rsid w:val="0015074B"/>
    <w:rsid w:val="00172C8A"/>
    <w:rsid w:val="00181340"/>
    <w:rsid w:val="00190FE2"/>
    <w:rsid w:val="001B4995"/>
    <w:rsid w:val="001B4BB8"/>
    <w:rsid w:val="001B78F6"/>
    <w:rsid w:val="001C6802"/>
    <w:rsid w:val="00234A57"/>
    <w:rsid w:val="002443E0"/>
    <w:rsid w:val="0029639D"/>
    <w:rsid w:val="00326F90"/>
    <w:rsid w:val="003439B9"/>
    <w:rsid w:val="003C0991"/>
    <w:rsid w:val="003D530E"/>
    <w:rsid w:val="00441506"/>
    <w:rsid w:val="004573E5"/>
    <w:rsid w:val="00480B3C"/>
    <w:rsid w:val="00553A35"/>
    <w:rsid w:val="00562D1E"/>
    <w:rsid w:val="005D16CB"/>
    <w:rsid w:val="005F5AB9"/>
    <w:rsid w:val="005F5D77"/>
    <w:rsid w:val="005F64B8"/>
    <w:rsid w:val="0061725D"/>
    <w:rsid w:val="00625630"/>
    <w:rsid w:val="0064453A"/>
    <w:rsid w:val="0066692E"/>
    <w:rsid w:val="00696442"/>
    <w:rsid w:val="007141B1"/>
    <w:rsid w:val="007468BB"/>
    <w:rsid w:val="0079135A"/>
    <w:rsid w:val="00794875"/>
    <w:rsid w:val="007A6A81"/>
    <w:rsid w:val="007B5500"/>
    <w:rsid w:val="008010C0"/>
    <w:rsid w:val="008826F5"/>
    <w:rsid w:val="008F4992"/>
    <w:rsid w:val="00906FD7"/>
    <w:rsid w:val="00923BA8"/>
    <w:rsid w:val="00945422"/>
    <w:rsid w:val="00970133"/>
    <w:rsid w:val="009822FD"/>
    <w:rsid w:val="009B2655"/>
    <w:rsid w:val="009D76D4"/>
    <w:rsid w:val="00A22693"/>
    <w:rsid w:val="00A52D62"/>
    <w:rsid w:val="00A7474A"/>
    <w:rsid w:val="00AA1D8D"/>
    <w:rsid w:val="00AE5A8B"/>
    <w:rsid w:val="00B47730"/>
    <w:rsid w:val="00B75D0D"/>
    <w:rsid w:val="00CB0664"/>
    <w:rsid w:val="00CC5A71"/>
    <w:rsid w:val="00CD6E5F"/>
    <w:rsid w:val="00D60743"/>
    <w:rsid w:val="00D6178A"/>
    <w:rsid w:val="00D73692"/>
    <w:rsid w:val="00D870E1"/>
    <w:rsid w:val="00D95CEF"/>
    <w:rsid w:val="00E60501"/>
    <w:rsid w:val="00EC66EB"/>
    <w:rsid w:val="00F50580"/>
    <w:rsid w:val="00F8403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4A8DED"/>
  <w14:defaultImageDpi w14:val="300"/>
  <w15:docId w15:val="{62761158-385B-4502-A596-498D1E7C7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443E0"/>
    <w:rPr>
      <w:color w:val="0000FF" w:themeColor="hyperlink"/>
      <w:u w:val="single"/>
    </w:rPr>
  </w:style>
  <w:style w:type="character" w:styleId="UnresolvedMention">
    <w:name w:val="Unresolved Mention"/>
    <w:basedOn w:val="DefaultParagraphFont"/>
    <w:uiPriority w:val="99"/>
    <w:semiHidden/>
    <w:unhideWhenUsed/>
    <w:rsid w:val="002443E0"/>
    <w:rPr>
      <w:color w:val="605E5C"/>
      <w:shd w:val="clear" w:color="auto" w:fill="E1DFDD"/>
    </w:rPr>
  </w:style>
  <w:style w:type="paragraph" w:customStyle="1" w:styleId="xmsonormal">
    <w:name w:val="x_msonormal"/>
    <w:basedOn w:val="Normal"/>
    <w:rsid w:val="00480B3C"/>
    <w:pPr>
      <w:spacing w:after="0" w:line="240" w:lineRule="auto"/>
    </w:pPr>
    <w:rPr>
      <w:rFonts w:ascii="Calibri" w:eastAsiaTheme="minorHAns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440686">
      <w:bodyDiv w:val="1"/>
      <w:marLeft w:val="0"/>
      <w:marRight w:val="0"/>
      <w:marTop w:val="0"/>
      <w:marBottom w:val="0"/>
      <w:divBdr>
        <w:top w:val="none" w:sz="0" w:space="0" w:color="auto"/>
        <w:left w:val="none" w:sz="0" w:space="0" w:color="auto"/>
        <w:bottom w:val="none" w:sz="0" w:space="0" w:color="auto"/>
        <w:right w:val="none" w:sz="0" w:space="0" w:color="auto"/>
      </w:divBdr>
    </w:div>
    <w:div w:id="8940070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ssions@icc.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TotalTime>
  <Pages>1</Pages>
  <Words>447</Words>
  <Characters>2551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Jacqueline Pendarvis</cp:lastModifiedBy>
  <cp:revision>32</cp:revision>
  <cp:lastPrinted>2025-05-20T16:55:00Z</cp:lastPrinted>
  <dcterms:created xsi:type="dcterms:W3CDTF">2025-05-19T14:19:00Z</dcterms:created>
  <dcterms:modified xsi:type="dcterms:W3CDTF">2026-10-02T19:53:00Z</dcterms:modified>
  <cp:category/>
</cp:coreProperties>
</file>